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29Ps/7/2024 z 10. 9. 2024</w:t>
      </w:r>
    </w:p>
    <w:p>
      <w:r>
        <w:t>Uznesenie Okresného súdu Prievidza z 10. septembra 2024, sp. zn. 29Ps/7/2024, ECLI:SK:OSPD:2024:3824203103.2</w:t>
      </w:r>
    </w:p>
    <w:p>
      <w:r>
        <w:t>Súd: Okresný súd Prievidza</w:t>
      </w:r>
    </w:p>
    <w:p>
      <w:r>
        <w:t>Spisová značka: 29Ps/7/2024</w:t>
      </w:r>
    </w:p>
    <w:p>
      <w:r>
        <w:t>ECLI: ECLI:SK:OSPD:2024:3824203103.2</w:t>
      </w:r>
    </w:p>
    <w:p>
      <w:r>
        <w:t>Dátum vydania: 10. 9.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29Ps/7/2024 3824203103 10. 09. 2024 JUDr. Peter Štefčík ECLI:SK:OSPD:2024:3824203103.2</w:t>
      </w:r>
    </w:p>
    <w:p>
      <w:r>
        <w:t>Uznesenie 3 29Ps/7/2024 Okresný súd Prievidza vo veci spôsobilosti na právne úkony A. B., nar. XX.XX.XXXX, bytom C., D. XXXX/XX, zastúpeného v konaní procesným opatrovníkom mesto C., na návrh navrhovateľky E. D., nar. XX.XX.XXXX, bytom F. A. F. G., H. I. XXXX/X, za účasti prokurátora Okresnej prokuratúry Partizánske, v konaní o obmedzenie spôsobilosti na právne úkony, takto rozhodol: 2 29Ps/7/2024 Súd konanie zastavuje. odôvodnenie: 2 29Ps/7/2024 (1) Navrhovateľka podala na tunajšom súde dňa 06.06.2024 návrh na obmedzenie spôsobilosti na právne úkony svojho otca A. B., nar. XX.XX.XXXX (ďalej len "vyšetrovaný"). (2) Uznesením zo dňa 18.07.2024, č. k. 29Ps/7/2024-13 súd ustanovil vyšetrovanému procesného opatrovníka mesto C.. (3) Z lustrácie v Registri obyvateľov SR súd zistil, že vyšetrovaný dňa XX.XX.XXXX zomrel. (4) Podľa § 231 zákona č. 161/2015 Z. z. Civilného mimosporového poriadku (ďalej len „CMP“), v konaní o spôsobilosti na právne úkony súd rozhoduje o a) obmedzení spôsobilosti fyzickej osoby na právne úkony, b) zmene obmedzenia spôsobilosti fyzickej osoby na právne úkony, c) navrátení spôsobilosti fyzickej osoby na právne úkony. (5) Podľa § 236 CMP účastníkmi konania o spôsobilosti na právne úkony sú navrhovateľ a ten, o koho spôsobilosti na právne úkony sa koná. (6) Podľa § 2 ods. 1, ods.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161 ods. 1, ods. 2 zákona č. 160/2015 Z. z. Civilného sporového poriadku (ďalej len „CSP“) ak tento zákon neustanovuje inak, súd kedykoľvek počas konania prihliada na to, či sú splnené podmienky,</w:t>
      </w:r>
    </w:p>
    <w:p>
      <w:r>
        <w:t>za ktorých môže konať a rozhodnúť (ďalej len "procesné podmienky"). Ak ide o nedostatok procesnej podmienky, ktorý nemožno odstrániť, súd konanie zastaví. (8) Podľa § 61 CSP procesnú subjektivitu má ten, kto má spôsobilosť na práva a povinnosti; inak len ten, komu ju zákon priznáva. (9) Podľa § 63 ods. 1 CSP ak strana zomrie počas konania skôr, ako sa konanie právoplatne skončí, súd posúdi podľa povahy sporu, či má konanie zastaviť, alebo či v ňom môže pokračovať. (10) Podľa § 7 ods. 1 zákona č. 40/1964 Zb. Občianskeho zákonníka (ďalej len „OZ“) spôsobilosť fyzickej osoby mať práva a povinnosti vzniká narodením. Túto spôsobilosť má aj počaté dieťa, ak sa narodí živé. (11) Podľa § 7 ods. 2 prvej vety OZ smrťou táto spôsobilosť zanikne. (12) Súd skúma procesnú subjektivitu účastníkov konania počas celého konania, teda od začatia konania až do právoplatnosti rozhodnutia, ktorým sa konanie končí. Súd z lustrácie z registra obyvateľov SR zistil, že účastník konania (osoba, o ktorej spôsobilosti na právne úkony sa koná) zomrel dňa XX.XX.XXXX, t. j. v priebehu konania, čím stratil spôsobilosť mať práva a povinnosti, a teda aj procesnú subjektivitu. Pokračovanie v konaní s právnymi nástupcami vyšetrovaného neprichádza do úvahy, a to s poukazom na predmet tohto konania, keďže nejde o majetkový spor, ale o konanie rýdzo osobnej povahy. Z povahy konania vyplýva, že v tomto prípade je strata procesnej subjektivity neodstrániteľným nedostatkom podmienky pre ďalšie konanie. (13) V zmysle vyššie uvedených skutočností a citovaných zákonných ustanovení a po posúdení povahy veci zo strany súdu súd konanie zastavil. (14) Podľa § 57 CMP o povinnosti nahradiť trovy konania, ak nejde o trovy konania štátu, rozhoduje súd len na návrh. Nakoľko si účastníci trovy konania neuplatnili, súd o trovách účastníkov nerozhodoval. Poučenie: 2 29Ps/7/2024 Proti tomuto uzneseniu m o ž n o podať odvolanie do 15 dní od jeho doručenia na Okresnom súde Prievidza.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 V odvolacom konaní možno uvádzať nové skutkové tvrdenia a predkladať nové dôkazné návrhy.</w:t>
      </w:r>
    </w:p>
    <w:p/>
    <w:p>
      <w:r>
        <w:t>Zdroj: KAUZIS.SK – https://www.kauzis.sk/judikatura/r/ECLI:SK:OSPD:2024:3824203103.2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