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29Pc/17/2024 z 18. 9. 2024</w:t>
      </w:r>
    </w:p>
    <w:p>
      <w:r>
        <w:t>Rozsudok bez odôvodnenia Okresného súdu Prievidza z 18. septembra 2024, sp. zn. 29Pc/17/2024, ECLI:SK:OSPD:2024:3824203182.2</w:t>
      </w:r>
    </w:p>
    <w:p>
      <w:r>
        <w:t>Súd: Okresný súd Prievidza</w:t>
      </w:r>
    </w:p>
    <w:p>
      <w:r>
        <w:t>Spisová značka: 29Pc/17/2024</w:t>
      </w:r>
    </w:p>
    <w:p>
      <w:r>
        <w:t>ECLI: ECLI:SK:OSPD:2024:3824203182.2</w:t>
      </w:r>
    </w:p>
    <w:p>
      <w:r>
        <w:t>Dátum vydania: 18. 9.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29Pc/17/2024 3824203182 18. 09. 2024 JUDr. Peter Štefčík ECLI:SK:OSPD:2024:3824203182.2</w:t>
      </w:r>
    </w:p>
    <w:p>
      <w:r>
        <w:t>Rozsudok bez odôvodnenia 29Pc/17/2024 Okresný súd Prievidza sudcom JUDr. Petrom Štefčíkom vo veci navrhovateľa A. B., nar. XX.XX.XXXX, bytom C., D. E. XXX/XX proti manželke F. B., nar. XX.XX.XXXX, bytom C., D. E. XXX/XX, o rozvod manželstva, takto rozhodol: 29Pc/17/2024 I. Súd manželstvo navrhovateľa A. B., nar. XX.XX.XXXX a F. B., G. H., nar. XX.XX.XXXX, uzavreté dňa 02.08.2014 v Nadliciach, zapísané v knihe manželstiev matričného úradu Chynorany vo zväzku 2, ročník 2014, na strane 40, pod poradovým číslom 5 rozvádza. II. Žiaden z účastníkov nemá nárok na náhradu trov konania. odôvodnenie: 29Pc/17/2024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w:t>
      </w:r>
    </w:p>
    <w:p/>
    <w:p>
      <w:r>
        <w:t>Zdroj: KAUZIS.SK – https://www.kauzis.sk/judikatura/r/ECLI:SK:OSPD:2024:3824203182.2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