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13P/122/2024 z 28. 11. 2024</w:t>
      </w:r>
    </w:p>
    <w:p>
      <w:r>
        <w:t>Rozsudok Okresného súdu Prievidza z 28. novembra 2024, sp. zn. 13P/122/2024, ECLI:SK:OSPD:2024:3824205260.2</w:t>
      </w:r>
    </w:p>
    <w:p>
      <w:r>
        <w:t>Súd: Okresný súd Prievidza</w:t>
      </w:r>
    </w:p>
    <w:p>
      <w:r>
        <w:t>Spisová značka: 13P/122/2024</w:t>
      </w:r>
    </w:p>
    <w:p>
      <w:r>
        <w:t>ECLI: ECLI:SK:OSPD:2024:3824205260.2</w:t>
      </w:r>
    </w:p>
    <w:p>
      <w:r>
        <w:t>Dátum vydania: 28.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13P/122/2024 3824205260 28. 11. 2024 Mgr. Marianna Hašková ECLI:SK:OSPD:2024:3824205260.2</w:t>
      </w:r>
    </w:p>
    <w:p>
      <w:r>
        <w:t>ROZSUDOK V MENE SLOVENSKEJ REPUBLIKY Okresný súd Prievidza, sudkyňou Mg. Mariannou Haškovou, vo veci starostlivosti súdu o maloleté dieťa: A. B., nar. XX.XX.XXXX, bytom C. D. XXX, zastúpené Úradom práce, sociálnych vecí a rodiny Prievidza ako kolíznym opatrovníkom, deti rodičov, a to matky: B. B., nar. XX.XX.XXXX, bytom C. D. XXX, právne zastúpenej JUDr. Ing. Mikulášom Práznovským, CSc. Advokátom so sídlom Nové Zámky, Bočná č. 26 a otca: E. B., nar. XX.XX.XXXX, bytom C. D. XXX, o návrhu matky na schválenie právneho úkonu za maloleté dieťa, takto rozhodol: I. Súd s ch v a ľ u j e za maloletého A. B., nar. XX.XX.XXXX právny úkon, a to Darovaciu zmluvu so zriadením vecného bremena doživotného bývania a požívania plodov v prospech darcu a so zriadením predkupného práva v prospech darcu zo dňa 25.10.2024, ktorú za maloletého A. uzavrel otec E. B., F. B., nar. XX.XX.XXXX, rod. č. 860804/7261, bytom C. D. XXX, ktorou matka B. B., F. G., nar. XX.XX.XXXX darovala maloletému A. B., nar. XX.XX.XXX do výlučného vlastníctva nehnuteľnosti evidované Okresným úradom Prievidza, katastrálny odbor, na LV č. XXXX pre kat. úz. C., a to parc. CKN č. 1219 zastavaná plocha a nádvorie o výmere 1169 m2 a rodinný dom súp. č. XXX na parc. CKN č. 1219 v podiele 1/1 k celku. II. Žiaden z účastníkov konania n e m á nárok na náhradu trov konania. 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https://www.kauzis.sk/judikatura/r/ECLI:SK:OSPD:2024:3824205260.2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