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Dopĺňací rozsudok Okresného súdu Prievidza sp. zn. PE-3C/59/2022 z 14. 1. 2025</w:t>
      </w:r>
    </w:p>
    <w:p>
      <w:r>
        <w:t>Dopĺňací rozsudok Okresného súdu Prievidza z 14. januára 2025, sp. zn. PE-3C/59/2022, ECLI:SK:OSPD:2025:3622201014.8</w:t>
      </w:r>
    </w:p>
    <w:p>
      <w:r>
        <w:t>Súd: Okresný súd Prievidza</w:t>
      </w:r>
    </w:p>
    <w:p>
      <w:r>
        <w:t>Spisová značka: PE-3C/59/2022</w:t>
      </w:r>
    </w:p>
    <w:p>
      <w:r>
        <w:t>ECLI: ECLI:SK:OSPD:2025:3622201014.8</w:t>
      </w:r>
    </w:p>
    <w:p>
      <w:r>
        <w:t>Dátum vydania: 14. 1. 2025</w:t>
      </w:r>
    </w:p>
    <w:p>
      <w:r>
        <w:t>Forma: Dopĺňací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PE-3C/59/2022 3622201014 14. 01. 2025 JUDr. Eduard Szabo ECLI:SK:OSPD:2025:3622201014.8</w:t>
      </w:r>
    </w:p>
    <w:p>
      <w:r>
        <w:t>DOPĹŇACÍ ROZSUDOK V MENE SLOVENSKEJ REPUBLIKY Okresný súd Prievidza, pracovisko Partizánske sudcom JUDr. Eduardom Szabom v spore žalobcu: Eurowagen s.r.o., IČO: 36 615 455, so sídlom Partizánske, Gumárenská 468/3, zast.: Peter Janík, advokát so sídlom Topoľčany, M.R. Štefánika 5, proti žalovanému: A. B. C., nar. XX.XX.XXXX, trvale bytom D., E. XXXX/XX, podnikajúci pod obchodným menom A. B. C. - F., IČO: 41 263 472, s miestom podnikania D., E. XXXX/XX, zast.: Petruška &amp; partners s.r.o., IČO: 47254 882, so sídlom Nitra, Kupecká 18, za účasti intervenienta na strane žalovaného: KOOPERATIVA poisťovňa, a.s. Vienna Insurance Group, IČO: 00 585 441, so sídlom Bratislava, Štefanovičova 4, zast.: JUDr. Danuše Tichá, s.r.o., IČO: 52 058 310, so sídlom Bratislava, Nám. M. Benku 6, o zaplatenie 15.094,02 € s príslušenstvom, takto rozhodol: I. Súd dopĺňa rozsudok Okresného súdu Prievidza, pracovisko Partizánske sp. zn. PE-3C/59/2022 zo dňa 28.11.2024 o výrok III. znejúci takto: „Súd priznáva intervenientovi na strane žalovaného nárok na náhradu trov konania proti žalobcovi v rozsahu 100%.“ II. V ostatných častiach ponecháva rozsudok Okresného súdu Prievidza, pracovisko Partizánske sp. zn. PE-3C/59/2022 zo dňa 28.11.2024 nezmenený. odôvodnenie: (1) Žalobou doručenou súdu dňa 27.07.2022 sa žalobca domáha aby súd uložil žalovanému povinnosť zaplatiť mu sumu 15.094,02 € s príslušenstvom a náhradu trov konania. (2) Súd v predmetnom konaní rozhodol rozsudkom sp. zn. PE-3C/59/2022 zo dňa 28.11.2024 tak, že výrokom I. žalobu zamietol a výrokom II. nepriznal žalovanému náhradu trov konania. Súd vo vyššie uvedenom rozsudku nerozhodol o nároku na náhradu trov konania intervenienta na strane žalovaného. (3) Intervenient na strane žalovaného prostredníctvom svojho právneho zástupcu doručil dňa 19.12.2024 návrh na vydanie dopĺňacieho rozsudku v časti o nároku intervenienta na strane žalovaného na náhradu trov konania. (4) Podľa § 225 ods. 1 Civilného sporového poriadku (ďalej len ako „CSP“), ak nerozhodol súd v rozsudku o niektorej časti predmetu konania alebo o predbežnej vykonateľnosti, môže strana do 15 dní od doručenia rozsudku navrhnúť jeho doplnenie. Súd môže rozsudok, ktorý nenadobudol právoplatnosť, doplniť aj bez návrhu. (5) Podľa § 225 ods. 2 CSP, doplnenie urobí súd dopĺňacím rozsudkom, na ktorý sa primerane použijú ustanovenia o rozsudku. Ak súd nevyhovie návrhu strany na doplnenie rozsudku, návrh zamietne. (6) Podľa § 262 ods. 1 CSP, o nároku na náhradu trov konania rozhodne aj bez návrhu súd v rozhodnutí, ktorým sa konanie končí.</w:t>
      </w:r>
    </w:p>
    <w:p>
      <w:r>
        <w:t>(7) Podľa § 255 ods. 1 CSP, súd prizná strane náhradu trov konania podľa pomeru jej úspechu vo veci. (8) Keďže rozsudok sp. zn. PE-3C/59/2022 zo dňa 28.11.2024 do dnešného dňa nenadobudol právoplatnosť, súd môže rozhodnúť dopĺňacím rozsudkom o nároku na náhradu trov konania intervenienta na strane žalovaného podľa ustanovenia § 225 ods. 1 CSP. Súd s poukazom na vyššie uvedené o nároku intervenienta na strane žalovaného na náhradu trov konania rozhodol v zmysle § 255 ods. 1 CSP tak, že intervenientovi na strane žalovaného priznal nárok na náhradu trov konania proti žalobcovi v rozsahu 100%, keďže bol vo veci úplne úspešný vzhľadom na zamietnutie žaloby v celom rozsahu. Poučenie: Proti tomuto rozsudku m o ž n o podať písomne odvolanie do 15 dní od jeho doručenia na Okresnom súde Prievidza.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https://www.kauzis.sk/judikatura/r/ECLI:SK:OSPD:2025:3622201014.8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