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16Er/1182/2004 z 12. 9. 2025</w:t>
      </w:r>
    </w:p>
    <w:p>
      <w:r>
        <w:t>Uznesenie Okresného súdu Prievidza z 12. septembra 2025, sp. zn. 16Er/1182/2004, ECLI:SK:OSPD:2025:3804889965.2</w:t>
      </w:r>
    </w:p>
    <w:p>
      <w:r>
        <w:t>Súd: Okresný súd Prievidza</w:t>
      </w:r>
    </w:p>
    <w:p>
      <w:r>
        <w:t>Spisová značka: 16Er/1182/2004</w:t>
      </w:r>
    </w:p>
    <w:p>
      <w:r>
        <w:t>ECLI: ECLI:SK:OSPD:2025:3804889965.2</w:t>
      </w:r>
    </w:p>
    <w:p>
      <w:r>
        <w:t>Dátum vydania: 12. 9.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16Er/1182/2004 3804889965 12. 09. 2025 Mgr. Zuzana Lettrichová ECLI:SK:OSPD:2025:3804889965.2</w:t>
      </w:r>
    </w:p>
    <w:p>
      <w:r>
        <w:t>Uznesenie Okresný súd Prievidza v exekučnej veci oprávneného: KELCOM International spol. s r.o. Bojnice, IČO: 31640494, so sídlom Jesenského 33, 972 01 Bojnice, proti povinnému: A. B., nar. XX.X.XXXX, trvale bytom C. XX/XX, XXX XX D., pre vymoženie istiny 993,43 eur s prísl., takto rozhodol: U r č u j e, že dňa 1.1.2020 došlo k zastaveniu exekúcie. odôvodnenie: 1. Návrhom doručeným pôvodnej súdnej exekútorke dňa 11.11.2004 sa oprávnený domáhal vykonania exekúcie proti povinnému pre vymoženie istiny 993,43 eur s prísl. na podklade exekučného titulu: platobný rozkaz Okresného súdu Prievidza č.k. 4C/122/2004 z 27.9.2004. Poverenie na vykonanie exekúcie bolo udelené súdnej exekútorke Mgr. Viere Hurtišovej dňa 12.1.2005. Náhradníkom súdnej exekútorky je JUDr. Vladimír Kliniec.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vyzval náhradníka súdnej exekútorky, aby preveril, či v prípade predmetnej exekúcie došlo k splneniu podmienok na zastavenie podľa § 2 ods. 1 písm. a) zákona č. 233/2019 Z. z. o ukončení niektorých exekučných konaní a o zmene a doplnení niektorých zákonov. 4. Súdny exekútor odpovedal na výzvu súdu tak, že spis od pôvodnej súdnej exekútorky neprevzal.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 a) vymoženie pohľadávky na výživnom,</w:t>
      </w:r>
    </w:p>
    <w:p>
      <w:r>
        <w:t>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</w:t>
      </w:r>
    </w:p>
    <w:p>
      <w:r>
        <w:t>e)</w:t>
      </w:r>
    </w:p>
    <w:p>
      <w:r>
        <w:t>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https://www.kauzis.sk/judikatura/r/ECLI:SK:OSPD:2025:3804889965.2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