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15Er/2104/2009 z 26. 9. 2025</w:t>
      </w:r>
    </w:p>
    <w:p>
      <w:r>
        <w:t>Uznesenie Okresného súdu Prievidza z 26. septembra 2025, sp. zn. 15Er/2104/2009, ECLI:SK:OSPD:2025:3809212866.2</w:t>
      </w:r>
    </w:p>
    <w:p>
      <w:r>
        <w:t>Súd: Okresný súd Prievidza</w:t>
      </w:r>
    </w:p>
    <w:p>
      <w:r>
        <w:t>Spisová značka: 15Er/2104/2009</w:t>
      </w:r>
    </w:p>
    <w:p>
      <w:r>
        <w:t>ECLI: ECLI:SK:OSPD:2025:3809212866.2</w:t>
      </w:r>
    </w:p>
    <w:p>
      <w:r>
        <w:t>Dátum vydania: 26. 9.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15Er/2104/2009 3809212866 26. 09. 2025 Mgr. Zuzana Lettrichová ECLI:SK:OSPD:2025:3809212866.2</w:t>
      </w:r>
    </w:p>
    <w:p>
      <w:r>
        <w:t>Uznesenie Okresný súd Prievidza v exekučnej veci oprávneného: Všeobecná zdravotná poisťovňa, a.s., pobočka Prievidza, IČO: 35937874, so sídlom Včelárska 1, 971 01 Prievidza, proti povinnému: A. B., nar. X.X.XXXX, zomr. XX.X.XXXX, pre vymoženie istiny 8611,90 eur s prísl., takto rozhodol: U r č u j e, že dňa 01.01.2020 došlo k zastaveniu exekúcie. odôvodnenie: 1. Návrhom doručeným súdnemu exekútorovi dňa 25.9.2009 sa oprávnený domáhal vykonania exekúcie proti povinnému pre vymoženie istiny 8611,90 eur s prísl., na podklade exekučných titulov: platobné výmery Úradu pre dohľad nad zdravotnou starostlivosťou č. PV 301/01909/2009 z 18.5.2009 a č. PV 301/01903/2009 z 18.5.2009. Poverenie na vykonanie exekúcie bolo udelené súdnemu exekútorovi JUDr. Jaroslavovi Kabáčovi dňa 19.10.2009. 2. Podľa § 1 ods. 1 a 2 zákona č. 233/2019 Z. z. o ukončení niektorých exekučných konaní a o zmene a doplnení niektorých zákonov (ďalej len „zákon č. 233/2019 Z. z.“), tento zákon upravuje postup ukončenia exekučných konaní začatých pred 1. aprílom 2017 a vedených podľa predpisov účinných do 31. marca 2017 (ďalej len "exekučné konanie") a osobitosti postupu pri podaní opätovného návrhu na vykonanie exekúcie. Na účely tohto zákona sa starou exekúciou rozumie exekúcia začatá pred 1. aprílom 2017 a vedená podľa predpisov účinných do 31. marca 2017. 3. Súd má zo svojej činnosti preukázané, že povinný zomrel XX.X.XXXX a dedičské konanie vedené na Okresnom súde Prievidza pod spisovou značkou 7D/89/2014 bolo uznesením z 2.9.2014, právoplatné dňa 24.9.2014, zastavené pre nedostatok majetku. 4. Podľa § 2 ods. 1 zákona č. 233/2019 Z. z.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na tento účel platí, že stará exekúcia sa zastavila vznikom dôvodu na jej zastavenie. . 5. Podľa § 2 ods. 2 zákona č. 233/2019 Z. z. stará exekúcia sa podľa odseku 1 písm. a) nezastavuje, ak ide o a) vymoženie pohľadávky na výživnom, b) uspokojenie práva na nepeňažné plnenie, vrátane uspokojenia práva na peňažné plnenie, ak sú vymáhané v tom istom exekučnom konaní,</w:t>
      </w:r>
    </w:p>
    <w:p>
      <w:r>
        <w:t>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6. Podľa § 5 ods. 1 zákona č. 233/2019 Z. z., ak sa stará exekúcia zastavila, exekútor vyhotoví upovedomenie o zastavení starej exekúcie, ktorého vzor zverejní Slovenská komora exekútorov po dohode s Ministerstvom spravodlivosti Slovenskej republiky (ďalej len „ministerstvo") na svojom webovom sídle v strojovo čitateľnom elektronickom formáte. 7. Podľa § 5 ods. 3 zákona č. 233/2019 Z. z.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8. Podľa § 8 ods. 2 zákona č. 233/2019 Z. z.,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9. Vedená exekúcia spĺňa zákonnú definíciu starej exekúcie, pretože bola začatá pred 1. aprílom 2017 a vedená podľa predpisov účinných do 31. marca 2017. Táto exekúcia bola zastavená podľa § 2 ods. 1 písm. b) zákona č. 233/2019 Z. z. z dôvodu, že povinný zomrel a dedičské konanie bolo zastavené pre nedostatok majetku uznesením Okresného súdu Prievidza 7D/89/2014 z 2.9.2014, pričom do dňa 31.12.2019 súd nerozhodol o zastavení exekúcie uznesením. Exekúcia sa zastavila ku dňu účinnosti zákona č. 233/2019 Z. z., t. j. ku dňu 01.01.2020 a súdny exekútor tak bol povinný vyhotoviť upovedomenie o zastavení starej exekúcie a toto zaslať oprávnenému do 180 dní od nadobudnutia účinnosti zákona, t. j. do 29.06.2020 (vrátane). 10. Súdny exekútor upovedomenie o zastavení starej exekúcie v uvedenej lehote oprávnenému nezaslal, a preto súd podľa § 8 ods. 2 zákona určil, že došlo k zastaveniu starej exekúcie. V takomto prípade súd o trovách exekúcie nerozhoduje a súdny exekútor nemá nárok ani na náhradu paušálnych trov exekúcie. Poučenie: Proti tomuto uzneseniu odvolanie nie je prípustné. Proti tomuto uzneseniu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Podľa § 243 CSP, v sťažnosti sa popri všeobecných náležitostiach podania uvedie, proti ktorému uzneseniu smeruje, v čom sa postup alebo uznesenie súdu považuje za nesprávne a čoho sa sťažovateľ domáha. Podľa § 127 ods. 1 CSP, ak zákon na podanie nevyžaduje osobitné náležitosti, v podaní sa uvedie, a) ktorému súdu je určené, b) kto ho robí, c) ktorej veci sa týka, d) čo sa ním sleduje a</w:t>
      </w:r>
    </w:p>
    <w:p>
      <w:r>
        <w:t>e)</w:t>
      </w:r>
    </w:p>
    <w:p>
      <w:r>
        <w:t>podpis.</w:t>
      </w:r>
    </w:p>
    <w:p>
      <w:r>
        <w:t>Podľa § 127 ods. 2 CSP, ak ide o podanie urobené v prebiehajúcom konaní, náležitosťou podania je aj uvedenie spisovej značky tohto konania.</w:t>
      </w:r>
    </w:p>
    <w:p/>
    <w:p>
      <w:r>
        <w:t>Zdroj: KAUZIS.SK – https://www.kauzis.sk/judikatura/r/ECLI:SK:OSPD:2025:3809212866.2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