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15Er/1957/2016 z 15. 10. 2025</w:t>
      </w:r>
    </w:p>
    <w:p>
      <w:r>
        <w:t>Uznesenie Okresného súdu Prievidza z 15. októbra 2025, sp. zn. 15Er/1957/2016, ECLI:SK:OSPD:2025:3816209746.2</w:t>
      </w:r>
    </w:p>
    <w:p>
      <w:r>
        <w:t>Súd: Okresný súd Prievidza</w:t>
      </w:r>
    </w:p>
    <w:p>
      <w:r>
        <w:t>Spisová značka: 15Er/1957/2016</w:t>
      </w:r>
    </w:p>
    <w:p>
      <w:r>
        <w:t>ECLI: ECLI:SK:OSPD:2025:3816209746.2</w:t>
      </w:r>
    </w:p>
    <w:p>
      <w:r>
        <w:t>Dátum vydania: 15.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15Er/1957/2016 3816209746 15. 10. 2025 JUDr. Eva Kiššová ECLI:SK:OSPD:2025:3816209746.2</w:t>
      </w:r>
    </w:p>
    <w:p>
      <w:r>
        <w:t>Uznesenie Okresný súd Prievidza v exekučnej veci oprávneného: Home Credit Slovakia, a.s., IČO: 36234176, so sídlom Teplická 7434/147, 921 22 Piešťany, zast. Advokátska kancelária GOLIAŠOVÁ GABRIELA s.r.o., adresa na doručovanie A. XXXX/XXX, XXX XX B., IČO: 47234679, proti povinnému: C. D., B. XXX, XXX XX B., o vymoženie istiny 1146,20 eur spolu s príslušenstvom, o návrhu povinného na zastavenie exekúcie, takto rozhodol: Návrh povinnej na zastavenie exekúcie z a m i e t a . odôvodnenie: 1. Návrhom doručeným súdnemu exekútorovi dňa 1.7.2016 sa oprávnený domáhal vykonania exekúcie proti povinnému pre vymoženie istiny 1146,20 eur a príslušenstva na základe exekučného titulu, ktorým je rozsudok Okresného súdu Prievidza č.k. 11C/199/2015-50 z 17.9.2015. Poverenie na vykonanie exekúcie bolo súdnemu exekútorovi JUDr. Kamilovi Líškovi udelené dňa 9.8.2016. 2. Dňa 27.5.2024 súdny exekútor postúpil súdu návrh povinnej na zastavenie exekúcie. Povinná vo svojom návrhu uvádza, že je t.č. má smrteľnú chorobu a všetky svoje finančné prostriedky potrebuje na liečbu. Preto žiada súdneho exekútora, aby jej odpustil dlh. 3. Podľa § 243h ods. 1 zákona č. 233/1995 Z.z. o súdnych exekútoroch a exekučnej činnosti (Exekučný poriadok), ak tento zákon v § 243i až 243k neustanovuje inak, exekučné konania začaté pred 1. aprílom 2017 sa dokončia podľa predpisov účinných do 31. marca 2017. 4. Podľa § 57 ods. 1 Exekučného poriadku účinného do 31.3.2017,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6b)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w:t>
      </w:r>
    </w:p>
    <w:p>
      <w:r>
        <w:t>l) je výkon exekučného titulu v rozpore s verejným poriadkom, m)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5. Podľa § 57 ods. 2 Exekučného poriadku účinného do 31.3.2017, exekúciu môže súd zastaviť aj vtedy, ak to vyplýva z ustanovení tohto alebo osobitného zákona. 6. Podľa § 58 ods. 1 Exekučného poriadku účinného do 31.3.2017, exekúciu zastaví súd na návrh alebo aj bez návrhu. 7. Vychádzajúc z obsahu návrhu na zastavenie exekúcie a citovaných ustanovení Exekučného poriadku, súd posúdil návrh povinnej na zastavenie exekúcie ako nedôvodný a preto ho zamietol z nasledujúcich dôvodov. 8. Súd vyzval oprávneného, aby sa vyjadril k vyššie uvedenému návrhu. Oprávnený vyjadrením doručeným súdu 25.6.2024 uviedol, že povinná sa neodvoláva na žiadne ustanovenie § 57 Exekučného poriadku na základe ktorého má byť exekúcia zastavená, len opisuje svoje ťažké životné udalosti, ktoré žiadnym spôsobom dôkazne nepotvrdila. Z týchto dôvodov žiada súd, aby návrh ako nedôvodný zamietol. 9. Povinná neuviedla žiadne pádne dôvody, ktoré by spôsobili zánik vymáhaného nároku, alebo by bránili jeho vymáhateľnosti, alebo iné dôvody, pre ktoré by mala byť exekúcia neprípustná. Rovnako neuviedla žiadne skutočnosti, ktoré by zakladali dôvod pre zastavenie exekúcie v zmysle § 57 ods. 1,2 Exekučného poriadku a ani súdu nie je známy žiadny dôvod uvedený v § 57 ods. 1,2 Exekučného poriadku, pre ktorý by mala byť exekúcia zastavená. 10. Skutočnosťou naďalej zostáva, že exekúcia sa vedie na podklade spôsobilého exekučného titulu, ktorým v tomto prípade je rozsudok Okresného súdu Prievidza č.k. 11C/199/2015-50 z 17.9.2015, právoplatný 21.11.2015 a vykonateľný 26.12.2015. Povinná dobrovoľne nesplnila to, čo jej ukladá vykonateľné rozhodnutie a preto oprávnený v súlade so zákonom podal návrh na vykonanie exekúcie. Taktiež je potrebné dodať, že povinná nijakým spôsobom nepopiera pohľadávku oprávneného. 11. Z uvedených dôvodov bolo rozhodnuté tak, ako je uvedené vo výrokovej časti tohto uznesenia a návrh povinnej na zastavenie exekúcie bol zamietnutý. Poučenie: Proti tomuto uzneseniu možno podať odvolanie v lehote 15 dní odo dňa jeho doručenia na Okresný súd Prievidza písomne, v troch vyhotoveniach ( § 58 ods. 5 Exekučného poriadku v znení účinnom do 31.03.2017).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https://www.kauzis.sk/judikatura/r/ECLI:SK:OSPD:2025:3816209746.2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