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0Er/2848/2001 z 25. 3. 2025</w:t>
      </w:r>
    </w:p>
    <w:p>
      <w:r>
        <w:t>Uznesenie Okresného súdu Prievidza z 25. marca 2025, sp. zn. 0Er/2848/2001, ECLI:SK:OSPD:2025:3823220643.2</w:t>
      </w:r>
    </w:p>
    <w:p>
      <w:r>
        <w:t>Súd: Okresný súd Prievidza</w:t>
      </w:r>
    </w:p>
    <w:p>
      <w:r>
        <w:t>Spisová značka: 0Er/2848/2001</w:t>
      </w:r>
    </w:p>
    <w:p>
      <w:r>
        <w:t>ECLI: ECLI:SK:OSPD:2025:3823220643.2</w:t>
      </w:r>
    </w:p>
    <w:p>
      <w:r>
        <w:t>Dátum vydania: 25. 3.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0Er/2848/2001 3823220643 25. 03. 2025 Mgr. Zuzana Lettrichová ECLI:SK:OSPD:2025:3823220643.2</w:t>
      </w:r>
    </w:p>
    <w:p>
      <w:r>
        <w:t>Uznesenie Okresný súd Prievidza v exekučnej veci oprávneného: HARVARDSKÁ INVESTIČNÁ SPOLOČNOSŤ, a.s. v likvidácii, IČO: 31336817, naposledy so sídlom Priemyselná 6, Bratislava, t.č. vymazaná z obchodného registra, proti povinnému: A. B., nar. XX.X.XXXX, trvale bytom C. XXX, pre vymoženie istiny vo výške 101,24 eur s prísl., takto rozhodol: U r č u j e, že dňa 1.1.2020 došlo k zastaveniu exekúcie. odôvodnenie: 1. Návrhom doručeným súdnemu exekútorovi dňa 11.6.2001 sa oprávnený domáhal vykonania exekúcie proti povinnému pre vymoženie istiny vo výške 101,24 eur s prísl. na podklade exekučného titulu: platobný rozkaz Okresného súdu Prievidza č.k. 1Ro/4026/1998 z 30.4.1999. Poverenie na vykonanie exekúcie bolo udelené súdnemu exekútorovi JUDr. Dušanovi Sopkovi dňa 18.4.2002.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4.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</w:t>
      </w:r>
    </w:p>
    <w:p>
      <w:r>
        <w:t>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5.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6.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7.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8. Súd má zo svojej činnosti preukázané, že oprávnený bol dňa 25.5.2004 dobrovoľne vymazaný z obchodného registra. 9. Vedená exekúcia spĺňa zákonnú definíciu starej exekúcie, pretože bola začatá pred 1. aprílom 2017 a vedená podľa predpisov účinných do 31. marca 2017. Táto exekúcia bola zastavená podľa § 2 ods. 1 písm. b) zákona č. 233/2019 Z. z. z dôvodu, že oprávnený zanikol bez právneho nástupcu, pričom do dňa 31.12.2019 súd nerozhodol o zastavení exekúcie uznesením. Exekúcia sa zastavila ku dňu účinnosti zákona č. 233/2019 Z. z., t. j. ku dňu 1.1.2020 a súdny exekútor tak bol povinný vyhotoviť upovedomenie o zastavení starej exekúcie a toto zaslať oprávnenému do 180 dní od nadobudnutia účinnosti zákona, t. j. do 29.6.2020 (vrátane). 10.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https://www.kauzis.sk/judikatura/r/ECLI:SK:OSPD:2025:3823220643.2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