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Prievidza sp. zn. 21Csp/5/2024 z 2. 7. 2025</w:t>
      </w:r>
    </w:p>
    <w:p>
      <w:r>
        <w:t>Opravné uznesenie Okresného súdu Prievidza z 2. júla 2025, sp. zn. 21Csp/5/2024, ECLI:SK:OSPD:2025:3824200380.4</w:t>
      </w:r>
    </w:p>
    <w:p>
      <w:r>
        <w:t>Súd: Okresný súd Prievidza</w:t>
      </w:r>
    </w:p>
    <w:p>
      <w:r>
        <w:t>Spisová značka: 21Csp/5/2024</w:t>
      </w:r>
    </w:p>
    <w:p>
      <w:r>
        <w:t>ECLI: ECLI:SK:OSPD:2025:3824200380.4</w:t>
      </w:r>
    </w:p>
    <w:p>
      <w:r>
        <w:t>Dátum vydania: 2. 7. 2025</w:t>
      </w:r>
    </w:p>
    <w:p>
      <w:r>
        <w:t>Forma: Opravné uznesenie</w:t>
      </w:r>
    </w:p>
    <w:p>
      <w:pPr>
        <w:pStyle w:val="Heading2"/>
      </w:pPr>
      <w:r>
        <w:t>Text rozhodnutia</w:t>
      </w:r>
    </w:p>
    <w:p>
      <w:r>
        <w:t>Súd: Spisová značka: Identifikačné číslo súdneho spisu: Dátum vydania rozhodnutia: Meno a priezvisko sudcu, VSÚ: ECLI:</w:t>
      </w:r>
    </w:p>
    <w:p>
      <w:r>
        <w:t>Okresný súd Prievidza 21Csp/5/2024 3824200380 02. 07. 2025 JUDr. Dagmar Mičková ECLI:SK:OSPD:2025:3824200380.4</w:t>
      </w:r>
    </w:p>
    <w:p>
      <w:r>
        <w:t>Opravné uznesenie -2-621Csp/5/2024 Okresný súd Prievidza v spore žalobcu: Silverside Financial services, s.r.o., so sídlom Ružová dolina 6, 821 08 Bratislava, IČO: 51 179 172, pr. zast. advokátskou kanceláriou VIVID LEGAL, s.r.o., so sídlom Ružová dolina 6, 821 08 Bratislava - mestská časť Ružinov, IČO: 36 807 915, proti žalovanému: A. B., nar. XX.XX.XXXX, bytom C. XXX/X, XXX XX D., o zaplatenie 1.352,41 eur s príslušenstvom, takto rozhodol: -2-221Csp/5/2024 Súd o p r a v u j e rozsudok Okresného súdu Prievidza č. k. 21Csp/5/2024 – 106 zo dňa 30.04.2025 v časti výroku I. tak, že výrok I. správne znie: „I. Žalovaný je povinný zaplatiť žalobcovi sumu istiny vo výške 1 352,41 €, sumu istiny vo výške 286,72 eur, sumu zmluvných úrokov vo výške 593,30 €, zákonný úrok z omeškania vo výške 5 % ročne zo sumy vo výške 1 066,24 € od 01.10.2022 do zaplatenia, zákonný úrok z omeškania vo výške 5 % ročne zo súm omeškaných splátok úveru nasledovne: 42,08 € omeškaná splátka úveru od 17.01.2021 do 12.01.2022, 42,08 € omeškaná splátka úveru od 17.02.2021 do 12.01.2022, 41,58 € omeškaná splátka úveru od 13.01.2022 do 11.02.2022, 42,08 € omeškaná splátka úveru od 17.03.2021 do 11.03.2022, 42,08 € omeškaná splátka úveru od 17.04.2021 do 13.04.2022, 18,79 € omeškaná splátka úveru od 14.04.2022 do 21.03.2023, 42,08 € omeškaná splátka úveru od 17.05.2021 do 21.03.2023, 42,08 € omeškaná splátka úveru od 17.06.2021 do 21.03.2023, 13,15 € omeškaná splátka úveru od 22.03.2023 do 20.05.2023, 42,08 € omeškaná splátka úveru od 17.07.2021 do 20.05.2023, 11,44 € omeškaná splátka úveru od 21.05.2023 do 19.06.2023, 42,08 € omeškaná splátka úveru od 17.08.2021 do 19.06.2023, 10,03 € omeškaná splátka úveru od 20.06.2023 do zaplatenia, 42,08 € omeškaná splátka úveru od 17.09.2021 do zaplatenia, 42,08 € omeškaná splátka úveru od 17.10.2021 do zaplatenia, 42,08 € omeškaná splátka úveru od 17.11.2021 do zaplatenia, 42,08 € omeškaná splátka úveru od 17.12.2021 do zaplatenia, 42,08 € omeškaná splátka úveru od 17.01.2022 do zaplatenia, 42,08 € omeškaná splátka úveru od 17.02.2022 do zaplatenia, 42,08 € omeškaná splátka úveru od 17.03.2022 do zaplatenia, 42,08 € omeškaná splátka úveru od 17.04.2022 do zaplatenia, 42,08 € omeškaná splátka úveru od 17.05.2022 do zaplatenia, 42,08 € omeškaná splátka úveru od 17.06.2022 do zaplatenia, 42,08 € omeškaná splátka úveru od 17.07.2022 do zaplatenia, 42,08 € omeškaná splátka úveru od 17.08.2022 do zaplatenia, 42,08 € omeškaná splátka úveru od 17.09.2022 do zaplatenia, zákonný úrok z omeškania vo výške 5 % ročne zo súm omeškaných mesačných nákladov spojených s poistením nasledovne: 5,12 € omeškané náklady spojené s poistením od 17.01.2021 do zaplatenia, 5,12 € omeškané náklady spojené s poistením od 17.02.2021 do zaplatenia, 5,12 € omeškané náklady spojené s poistením od 17.03.2021 do zaplatenia,</w:t>
      </w:r>
    </w:p>
    <w:p>
      <w:r>
        <w:t>5,12 € omeškané náklady spojené s poistením od 17.04.2021 do zaplatenia, 5,12 € omeškané náklady spojené s poistením od 17.05.2021 do zaplatenia, 5,12 € omeškané náklady spojené s poistením od 17.06.2021 do zaplatenia, 5,12 € omeškané náklady spojené s poistením od 17.07.2021 do zaplatenia, 5,12 € omeškané náklady spojené s poistením od 17.08.2021 do zaplatenia, 5,12 € omeškané náklady spojené s poistením od 17.09.2021 do zaplatenia, 5,12 € omeškané náklady spojené s poistením od 17.10.2021 do zaplatenia, 5,12 € omeškané náklady spojené s poistením od 17.11.2021 do zaplatenia, 5,12 € omeškané náklady spojené s poistením od 17.12.2021 do zaplatenia, 5,12 € omeškané náklady spojené s poistením od 17.01.2022 do zaplatenia, 5,12 € omeškané náklady spojené s poistením od 17.02.2022 do zaplatenia, 5,12 € omeškané náklady spojené s poistením od 17.03.2022 do zaplatenia, 5,12 € omeškané náklady spojené s poistením od 17.04.2022 do zaplatenia, 5,12 € omeškané náklady spojené s poistením od 17.05.2022 do zaplatenia, 5,12 € omeškané náklady spojené s poistením od 17.06.2022 do zaplatenia, 5,12 € omeškané náklady spojené s poistením od 17.07.2022 do zaplatenia, 5,12 € omeškané náklady spojené s poistením od 17.08.2022 do zaplatenia, 5,12 € omeškané náklady spojené s poistením od 17.09.2022 do zaplatenia, a to do troch dní od právoplatnosti tohto rozsudku.“ Vo zvyšnej časti zostáva vyššie uvedený rozsudok nezmenený. odôvodnenie: -2-221Csp/5/2024 1. Okresný súd Prievidza vydal dňa 30.04.2025 rozsudok č. k. 21Csp/5/2024 – 106, v ktorom vo výroku I. uložil žalovanému povinnosť zaplatiť žalobcovi sumu istiny vo výške 1 352,41 €, sumu istiny vo výške 286,72 eur, sumu zmluvných úrokov vo výške 593,30 €, zákonný úrok z omeškania vo výške 5 % ročne zo sumy vo výške 1 066,24 € od 01.10.2022 do zaplatenia, zákonný úrok z omeškania vo výške 5 % ročne zo súm omeškaných splátok úveru nasledovne: 42,08 € omeškaná splátka úveru od 17.01.2021 do 12.01.2022, 42,08 € omeškaná splátka úveru od 17.02.2021 do 12.01.2022, 42,08 € omeškaná splátka úveru od 13.01.2022 do 11.02.2022, 42,08 € omeškaná splátka úveru od 17.03.2021 do 11.03.2022, 42,08 € omeškaná splátka úveru od 17.04.2021 do 13.04.2022, 42,08 € omeškaná splátka úveru od 14.04.2022 do 21.03.2023, 42,08 € omeškaná splátka úveru od 17.05.2021 do 21.03.2023, 42,08 € omeškaná splátka úveru od 17.06.2021 do 21.03.2023, 42,08 € omeškaná splátka úveru od 22.03.2023 do 20.05.2023, 42,08 € omeškaná splátka úveru od 17.07.2021 do 20.05.2023, 42,08 € omeškaná splátka úveru od 21.05.2023 do 19.06.2023, 42,08 € omeškaná splátka úveru od 17.08.2021 do 19.06.2023, 42,08 € omeškaná splátka úveru od 20.06.2023 do zaplatenia, 42,08 € omeškaná splátka úveru od 17.09.2021 do zaplatenia, 42,08 € omeškaná splátka úveru od 17.10.2021 do zaplatenia, 42,08 € omeškaná splátka úveru od 17.11.2021 do zaplatenia, 42,08 € omeškaná splátka úveru od 17.12.2021 do zaplatenia, 42,08 € omeškaná splátka úveru od 17.01.2022 do zaplatenia, 42,08 € omeškaná splátka úveru od 17.02.2022 do zaplatenia, 42,08 € omeškaná splátka úveru od 17.03.2022 do zaplatenia, 42,08 € omeškaná splátka úveru od 17.04.2022 do zaplatenia, 42,08 € omeškaná splátka úveru od 17.05.2022 do zaplatenia, 42,08 € omeškaná splátka úveru od 17.06.2022 do zaplatenia, 42,08 € omeškaná splátka úveru od 17.07.2022 do zaplatenia, 42,08 € omeškaná splátka úveru od 17.08.2022 do zaplatenia, 42,08 € omeškaná splátka úveru od 17.09.2022 do zaplatenia, zákonný úrok z omeškania vo výške 5 % ročne zo súm omeškaných mesačných nákladov spojených s poistením nasledovne: 5,12 € omeškané náklady spojené s poistením od 17.01.2021 do zaplatenia, 5,12 € omeškané náklady spojené s poistením od 17.02.2021 do zaplatenia, 5,12 € omeškané náklady spojené s poistením od 17.03.2021 do zaplatenia, 5,12 € omeškané náklady spojené s poistením od 17.04.2021 do zaplatenia, 5,12 € omeškané náklady spojené s poistením od 17.05.2021 do zaplatenia, 5,12 € omeškané náklady spojené s poistením od 17.06.2021 do zaplatenia, 5,12 € omeškané náklady spojené s poistením od 17.07.2021 do zaplatenia, 5,12 € omeškané náklady spojené s poistením od 17.08.2021 do zaplatenia, 5,12 € omeškané náklady spojené s poistením od 17.09.2021 do zaplatenia, 5,12 € omeškané náklady spojené s poistením od 17.10.2021 do zaplatenia, 5,12 € omeškané náklady spojené s poistením od 17.11.2021 do zaplatenia, 5,12 € omeškané náklady spojené s poistením od 17.12.2021 do zaplatenia, 5,12 € omeškané náklady spojené s poistením od 17.01.2022 do zaplatenia, 5,12 € omeškané náklady spojené s poistením od 17.02.2022 do zaplatenia, 5,12 € omeškané náklady spojené s poistením od 17.03.2022 do zaplatenia, 5,12 € omeškané náklady spojené s poistením od 17.04.2022 do zaplatenia, 5,12 € omeškané náklady</w:t>
      </w:r>
    </w:p>
    <w:p>
      <w:r>
        <w:t>spojené s poistením od 17.05.2022 do zaplatenia, 5,12 € omeškané náklady spojené s poistením od 17.06.2022 do zaplatenia, 5,12 € omeškané náklady spojené s poistením od 17.07.2022 do zaplatenia, 5,12 € omeškané náklady spojené s poistením od 17.08.2022 do zaplatenia, 5,12 € omeškané náklady spojené s poistením od 17.09.2022 do zaplatenia. 2. Súd zistil, že vo výroku I. uvedeného rozsudku nie je uvedená lehota na plnenie (tzv. paričná lehota). V zmysle § 232 ods. 3 prvej vety C.s.p. je lehota na plnenie je tri dni a plynie od právoplatnosti rozsudku. Súd má za to, že je v záujme strán sporu a v súlade so všeobecnou poučovacou povinnosťou, aby paričná lehota bola vo výroku rozsudku uvedená. Taktiež súd zistil, že chybou v písaní nesprávne uviedol vo výroku I. predmetného rozsudku výšku niektorých omeškaných splátok úveru, keďže v žalobe boli uvedené v inej výške, a to konkrétne súd uviedol v rozsudku: 42,08 € namiesto správnych 41,58 € omeškaná splátka úveru od 13.01.2022 do 11.02.2022, 42,08 € namiesto správnych 18,79 € omeškaná splátka úveru od 14.04.2022 do 21.03.2023, 42,08 € namiesto správnych 13,15 € omeškaná splátka úveru od 22.03.2023 do 20.05.2023, 42,08 € namiesto správnych 11,44 € omeškaná splátka úveru od 21.05.2023 do 19.06.2023, 42,08 € namiesto správnych 10,03 € omeškaná splátka úveru od 20.06.2023 do zaplatenia. 3. Podľa § 224 zákona č. 160/2015 Z. z. Civilný sporový poriadok (ďalej len "C.s.p."), súd kedykoľvek aj bez návrhu opraví v rozsudku chyby v písaní a počítaní, ako aj iné zrejmé nesprávnosti. O oprave súd vydá opravné uznesenie, ktoré doručí subjektom konania. 4. Podľa § 220 ods. 1 C.s.p. v písomnom vyhotovení rozsudku sa po slovách "V mene Slovenskej republiky" uvedie označenie súdu, mená a priezviská sudcov rozhodujúcich vo veci, presné označenie strán a ich zástupcov, iných subjektov, označenie prejednávaného sporu, výrok, odôvodnenie, poučenie o lehote na podanie odvolania, o tom, na ktorý súd sa odvolanie podáva a o náležitostiach odvolania, poučenie o možnosti exekúcie a deň a miesto vyhlásenia. 5. Podľa § 232 ods. 3 C.s.p., lehota na plnenie je tri dni a plynie od právoplatnosti rozsudku. Súd môže v odôvodnených prípadoch určiť dlhšiu lehotu. 6. Súd zistil, že pri písomnom vyhotovení rozsudku Okresného súdu Prievidza č. k. 21Csp/5/2024 – 106 zo dňa 30.04.2025 došlo k chybe v písaní, keď súd vo výroku I. neuviedol lehotu na plnenie, t. j. paričnú lehotu, v ktorej je žalovaný povinný zaplatiť žalobcovi povinnosť uloženú mu vo výroku I. predmetného rozsudku, pričom táto lehota je v zmysle § 232 ods. 3 prvá veta C.s.p. tri dni od právoplatnosti rozsudku. Taktiež súd zistil, že chybou v písaní nesprávne uviedol vo výroku I. predmetného rozsudku výšku niektorých omeškaných splátok úveru, keďže v žalobe boli uvedené v inej výške, a to konkrétne súd v rozsudku uviedol: 42,08 € namiesto správnych 41,58 € omeškaná splátka úveru od 13.01.2022 do 11.02.2022, 42,08 € namiesto správnych 18,79 € omeškaná splátka úveru od 14.04.2022 do 21.03.2023, 42,08 € namiesto správnych 13,15 € omeškaná splátka úveru od 22.03.2023 do 20.05.2023, 42,08 € namiesto správnych 11,44 € omeškaná splátka úveru od 21.05.2023 do 19.06.2023, 42,08 € namiesto správnych 10,03 € omeškaná splátka úveru od 20.06.2023 do zaplatenia. Preto súd výrok I. uvedeného rozsudku opravil tak, že výrok I. správne znie: „I. Žalovaný je povinný zaplatiť žalobcovi sumu istiny vo výške 1 352,41 €, sumu istiny vo výške 286,72 eur, sumu zmluvných úrokov vo výške 593,30 €, zákonný úrok z omeškania vo výške 5 % ročne zo sumy vo výške 1 066,24 € od 01.10.2022 do zaplatenia, zákonný úrok z omeškania vo výške 5 % ročne zo súm omeškaných splátok úveru nasledovne: 42,08 € omeškaná splátka úveru od 17.01.2021 do 12.01.2022, 42,08 € omeškaná splátka úveru od 17.02.2021 do 12.01.2022, 41,58 € omeškaná splátka úveru od 13.01.2022 do 11.02.2022, 42,08 € omeškaná splátka úveru od 17.03.2021 do 11.03.2022, 42,08 € omeškaná splátka úveru od 17.04.2021 do 13.04.2022, 18,79 € omeškaná splátka úveru od 14.04.2022 do 21.03.2023, 42,08 € omeškaná splátka úveru od 17.05.2021 do 21.03.2023, 42,08 € omeškaná splátka úveru od 17.06.2021 do 21.03.2023, 13,15 € omeškaná splátka úveru od 22.03.2023 do 20.05.2023, 42,08 € omeškaná splátka úveru od 17.07.2021 do 20.05.2023, 11,44 € omeškaná splátka úveru od 21.05.2023 do 19.06.2023, 42,08 € omeškaná splátka úveru od 17.08.2021 do 19.06.2023, 10,03 € omeškaná splátka úveru od 20.06.2023 do zaplatenia, 42,08 € omeškaná splátka úveru od 17.09.2021 do zaplatenia, 42,08 € omeškaná splátka úveru od 17.10.2021 do zaplatenia, 42,08 € omeškaná splátka úveru od 17.11.2021 do zaplatenia, 42,08 € omeškaná splátka úveru od 17.12.2021 do zaplatenia, 42,08 € omeškaná splátka úveru od 17.01.2022 do zaplatenia, 42,08 € omeškaná splátka úveru od 17.02.2022 do zaplatenia, 42,08 € omeškaná splátka úveru od 17.03.2022 do zaplatenia, 42,08 € omeškaná splátka úveru od 17.04.2022 do zaplatenia, 42,08</w:t>
      </w:r>
    </w:p>
    <w:p>
      <w:r>
        <w:t>€ omeškaná splátka úveru od 17.05.2022 do zaplatenia, 42,08 € omeškaná splátka úveru od 17.06.2022 do zaplatenia, 42,08 € omeškaná splátka úveru od 17.07.2022 do zaplatenia, 42,08 € omeškaná splátka úveru od 17.08.2022 do zaplatenia, 42,08 € omeškaná splátka úveru od 17.09.2022 do zaplatenia, zákonný úrok z omeškania vo výške 5 % ročne zo súm omeškaných mesačných nákladov spojených s poistením nasledovne: 5,12 € omeškané náklady spojené s poistením od 17.01.2021 do zaplatenia, 5,12 € omeškané náklady spojené s poistením od 17.02.2021 do zaplatenia, 5,12 € omeškané náklady spojené s poistením od 17.03.2021 do zaplatenia, 5,12 € omeškané náklady spojené s poistením od 17.04.2021 do zaplatenia, 5,12 € omeškané náklady spojené s poistením od 17.05.2021 do zaplatenia, 5,12 € omeškané náklady spojené s poistením od 17.06.2021 do zaplatenia, 5,12 € omeškané náklady spojené s poistením od 17.07.2021 do zaplatenia, 5,12 € omeškané náklady spojené s poistením od 17.08.2021 do zaplatenia, 5,12 € omeškané náklady spojené s poistením od 17.09.2021 do zaplatenia, 5,12 € omeškané náklady spojené s poistením od 17.10.2021 do zaplatenia, 5,12 € omeškané náklady spojené s poistením od 17.11.2021 do zaplatenia, 5,12 € omeškané náklady spojené s poistením od 17.12.2021 do zaplatenia, 5,12 € omeškané náklady spojené s poistením od 17.01.2022 do zaplatenia, 5,12 € omeškané náklady spojené s poistením od 17.02.2022 do zaplatenia, 5,12 € omeškané náklady spojené s poistením od 17.03.2022 do zaplatenia, 5,12 € omeškané náklady spojené s poistením od 17.04.2022 do zaplatenia, 5,12 € omeškané náklady spojené s poistením od 17.05.2022 do zaplatenia, 5,12 € omeškané náklady spojené s poistením od 17.06.2022 do zaplatenia, 5,12 € omeškané náklady spojené s poistením od 17.07.2022 do zaplatenia, 5,12 € omeškané náklady spojené s poistením od 17.08.2022 do zaplatenia, 5,12 € omeškané náklady spojené s poistením od 17.09.2022 do zaplatenia, a to do troch dní od právoplatnosti tohto rozsudku.“ 7. Vo zvyšnej časti zostáva vyššie uvedený rozsudok nezmenený. Poučenie: -2-221Csp/5/2024 Proti tomuto uzneseniu možno podať odvolanie do 15 dní od jeho doručenia na Okresný súd Prievidza. [§ 355 ods. 2 C.s.p., § 357 písm. f) C.s.p.]. Odvolanie je podané včas aj vtedy, ak bolo v lehote podané na príslušnom odvolacom súde. Odvolanie len proti odôvodneniu rozhodnutia nie je prípustné.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https://www.kauzis.sk/judikatura/r/ECLI:SK:OSPD:2025:3824200380.4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