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1Nt/14/2025 z 11. 6. 2025</w:t>
      </w:r>
    </w:p>
    <w:p>
      <w:r>
        <w:t>Uznesenie Okresného súdu Prievidza z 11. júna 2025, sp. zn. 1Nt/14/2025, ECLI:SK:OSPD:2025:3825010217.2</w:t>
      </w:r>
    </w:p>
    <w:p>
      <w:r>
        <w:t>Súd: Okresný súd Prievidza</w:t>
      </w:r>
    </w:p>
    <w:p>
      <w:r>
        <w:t>Spisová značka: 1Nt/14/2025</w:t>
      </w:r>
    </w:p>
    <w:p>
      <w:r>
        <w:t>ECLI: ECLI:SK:OSPD:2025:3825010217.2</w:t>
      </w:r>
    </w:p>
    <w:p>
      <w:r>
        <w:t>Dátum vydania: 11. 6.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1Nt/14/2025 3825010217 11. 06. 2025 Mgr. Vojtech Chmelan ECLI:SK:OSPD:2025:3825010217.2</w:t>
      </w:r>
    </w:p>
    <w:p>
      <w:r>
        <w:t>Uznesenie Okresný súd Prievidza v trestnej veci proti odsúdenému A. B. na verejnom zasadnutí konanom dňa 11. júna 2025 o návrhu o podmienečné upustenie od výkonu zvyšku trestu zákazu činnosti takto rozhodol: Podľa § 69 ods.1 Trestného zákona súd podmienečne u p ú š ť a od výkonu zvyšku trestu zákazu činnosti viesť motorové vozidlá všetkého druhu, ktorý bol uložený odsúdenému A. B. C. D. E. F. G. B. , nar. XX.XX.XXXX v H., okres A., trvale bytom G. H. I. XXX/X-X, okres A., trestným rozkazom Okresného súdu Prievidza, sp. zn. 2T 25/2024 zo dňa 11. marca 2024 na dobu 18 (osemnásť) mesiacov. Podľa § 69 ods.2 Trestného zákona súd s t a n o v u j e skúšobnú dobu v trvaní 10 (desať) mesiacov. odôvodnenie: Podľa § 176 ods.3 Trestného poriadku toto rozhodnutie odôvodnenie Poučenie: Proti tomuto uzneseniu je možné podať sťažnosť do troch pracovných dní odo dňa jeho oznámenia na tunajšom súde.</w:t>
      </w:r>
    </w:p>
    <w:p>
      <w:r>
        <w:t>neobsahuje.</w:t>
      </w:r>
    </w:p>
    <w:p/>
    <w:p>
      <w:r>
        <w:t>Zdroj: KAUZIS.SK – https://www.kauzis.sk/judikatura/r/ECLI:SK:OSPD:2025:3825010217.2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