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Okresného súdu Prievidza sp. zn. 2T/94/2025 z 20. 10. 2025</w:t>
      </w:r>
    </w:p>
    <w:p>
      <w:r>
        <w:t>Uznesenie Okresného súdu Prievidza z 20. októbra 2025, sp. zn. 2T/94/2025, ECLI:SK:OSPD:2025:3825010934.2</w:t>
      </w:r>
    </w:p>
    <w:p>
      <w:r>
        <w:t>Súd: Okresný súd Prievidza</w:t>
      </w:r>
    </w:p>
    <w:p>
      <w:r>
        <w:t>Spisová značka: 2T/94/2025</w:t>
      </w:r>
    </w:p>
    <w:p>
      <w:r>
        <w:t>ECLI: ECLI:SK:OSPD:2025:3825010934.2</w:t>
      </w:r>
    </w:p>
    <w:p>
      <w:r>
        <w:t>Dátum vydania: 20. 10. 2025</w:t>
      </w:r>
    </w:p>
    <w:p>
      <w:r>
        <w:t>Forma: Uznesenie</w:t>
      </w:r>
    </w:p>
    <w:p>
      <w:r>
        <w:t>Oblasť práva: Trestné právo</w:t>
      </w:r>
    </w:p>
    <w:p>
      <w:pPr>
        <w:pStyle w:val="Heading2"/>
      </w:pPr>
      <w:r>
        <w:t>Text rozhodnutia</w:t>
      </w:r>
    </w:p>
    <w:p>
      <w:r>
        <w:t>Súd: Spisová značka: Identifikačné číslo súdneho spisu: Dátum vydania rozhodnutia: Meno a priezvisko sudcu, VSÚ: ECLI:</w:t>
      </w:r>
    </w:p>
    <w:p>
      <w:r>
        <w:t>Okresný súd Prievidza 2T/94/2025 3825010934 20. 10. 2025 JUDr. Pavol Bielik ECLI:SK:OSPD:2025:3825010934.2</w:t>
      </w:r>
    </w:p>
    <w:p>
      <w:r>
        <w:t>Uznesenie Predseda senátu Okresného súdu v Prievidzi JUDr. Pavol Bielik dňa 20. októbra 2025 trestnej veci proti obvinenému A. B., nar. XX.XX.XXXX v C., trvale bytom C., D. XX XXX/X, prechodne bytom C. - E., A. X, t.č. v F. G. v inej veci rozhodol: Podľa § 239 ods. 1 Trestného poriadku berie na vedomie späťvzatie obžaloby prokurátora Okresnej prokuratúry v Prievidzi č. 1Pv 393/24/3307 - 22 zo dňa 3.10.2025, ktorú podal dňa 6.10.2025 na obvineného A. B. pre pokračovací prečin krádeže podľa § 212 ods. 1 písm. a) Trestného zákona č. 300/2005 Z.z. znení neskorších predpisov. odôvodnenie: Prokurátor Okresnej prokuratúry v Prievidzi podal dňa 6.10.2025 na obvineného A. B. obžalobu zo dňa 3.10.2025 pre trestný čin uvedený vo výrokovej časti tohto uznesenia. Podaním zo dňa 13.10.2025, ktoré bolo doručené súdu dňa 13.10.2025 prokurátor OP v Prievidzi obžalobu pre trestný čin, uvedený vo výrokovej časti tohto uznesenia vzal späť. Podľa § 239 ods. 1 Trestného poriadku prokurátor môže vziať späť obžalobu až do začatia hlavného pojednávania a návrh na dohodu o vine a treste do začatia verejného zasadnutia nariadeného na jeho prejednanie; vec sa tým vracia do stavu prípravného konania. Predseda senátu uznesením vezme na vedomie späťvzatie obžaloby alebo späťvzatie návrhu prokurátora na dohodu o vine a treste. Vzhľadom na späťvzatie obžaloby prokurátorom OP v Prievidzi a vzhľadom na skutočnosť, že v uvedenej trestnej veci doteraz nebolo začaté hlavné pojednávanie, bolo rozhodnuté tak ako je uvedené vo výrokovej časti tohto uznesenia. Poučenie: Proti tomuto uzneseniu sťažnosť nie je prípustná.</w:t>
      </w:r>
    </w:p>
    <w:p/>
    <w:p>
      <w:r>
        <w:t>Zdroj: KAUZIS.SK – https://www.kauzis.sk/judikatura/r/ECLI:SK:OSPD:2025:3825010934.2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