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24P/13/2025 z 20. 3. 2025</w:t>
      </w:r>
    </w:p>
    <w:p>
      <w:r>
        <w:t>Uznesenie Okresného súdu Prievidza z 20. marca 2025, sp. zn. 24P/13/2025, ECLI:SK:OSPD:2025:3825200743.2</w:t>
      </w:r>
    </w:p>
    <w:p>
      <w:r>
        <w:t>Súd: Okresný súd Prievidza</w:t>
      </w:r>
    </w:p>
    <w:p>
      <w:r>
        <w:t>Spisová značka: 24P/13/2025</w:t>
      </w:r>
    </w:p>
    <w:p>
      <w:r>
        <w:t>ECLI: ECLI:SK:OSPD:2025:3825200743.2</w:t>
      </w:r>
    </w:p>
    <w:p>
      <w:r>
        <w:t>Dátum vydania: 20. 3.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24P/13/2025 3825200743 20. 03. 2025 Mgr. Miriam Manová ECLI:SK:OSPD:2025:3825200743.2</w:t>
      </w:r>
    </w:p>
    <w:p>
      <w:r>
        <w:t>Uznesenie Okresný súd Prievidza vo veci starostlivosti súdu o maloletú A. B., nar. XX.XX.XXXX v C., dieťa rodičov: matky D. E., nar. XX.XX.XXXX, trvale bytom F. XXXXX/XX, XXX XX C. a otca C. B., nar. XX.XX.XXXX, bytom G. H. XXX, v konaní o podaní matky mal. dieťaťa, takto rozhodol: I. Súd odmieta podanie matky mal. dieťaťa doručené Okresnému súdu Prievidza dňa 17.02.2025. II. Žiaden z účastníkov nemá nárok na náhradu trov konania. odôvodnenie: 1. Dňa 17.02.2025 bolo Okresnému súdu Prievidza doručené podanie matky mal. dieťaťa označené ako "Žiadosť o zmenu priezviska dieťaťa“ bez odôvodnenia. Podanie matky maloletej bolo neurčité, nezrozumiteľné, a nespĺňalo zákonné náležitosti návrhu na začatie konania vo veci samej, podaniu chýbal petit - výrok, ako má súd rozhodnúť, a neboli pripojené ani listinné dôkazy. 2. Uznesením Okresného súdu Prievidza č. k. 24P/13/2025 – 5 zo dňa 20.02.2025, právoplatným dňa 19.03.2025 bola matka mal. dieťaťa vyzvaná, aby svoje podanie v lehote 10 dní doplnila, pričom bola poučená, ako má podanie opraviť, a o tom, že pokiaľ tak neurobí v stanovenej lehote, súd jej podanie odmietne. 3. Uvedené uznesenie bolo matke mal. dieťaťa doručené dňa 03.03.2025, čo mal súd za preukázané z informácie o výsledku doručenia listinného rovnopisu (č. l. 6). 4. Podľa § 2 ods. 1 zákona č. 161/2015 Z. z. Civilný mimosporový poriadok v znení neskorších predpisov (ďalej len "CMP") na konania podľa tohto zákona sa použijú ustanovenia Civilného sporového poriadku, ak tento zákon neustanovuje inak. 5. Podľa § 129 ods. 1 až 4 Zákona č. 160/2015 Z. z. Civilný sporový poriadok v znení neskorších predpisov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w:t>
      </w:r>
    </w:p>
    <w:p>
      <w:r>
        <w:t>6. Vzhľadom ku skutočnosti, že matka mal. dieťaťa svoje podanie doručené okresnému súdu dňa 17.02.2025 nedoplnila a zostala v konaní nečinná, súd jej podanie odmietol v súlade s § 129 ods. 3 CSP. 7. Podľa § 376 CSP ak bolo podané odvolanie proti uzneseniu, súd prvej inštancie môže uznesenie zrušiť, ak odvolaniu v celom rozsahu vyhovie, a z uznesenia nenadobudla doposiaľ práva iná osoba ako odvolateľ. 8. O náhrade trov konania súd rozhodol podľa § 52 CMP, kedy žiaden z účastníkov nemá nárok na náhradu trov konania, ak tento zákon neustanovuje inak.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https://www.kauzis.sk/judikatura/r/ECLI:SK:OSPD:2025:3825200743.2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