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13P/25/2025 z 1. 10. 2025</w:t>
      </w:r>
    </w:p>
    <w:p>
      <w:r>
        <w:t>Rozsudok Okresného súdu Prievidza z 1. októbra 2025, sp. zn. 13P/25/2025, ECLI:SK:OSPD:2025:3825201092.3</w:t>
      </w:r>
    </w:p>
    <w:p>
      <w:r>
        <w:t>Súd: Okresný súd Prievidza</w:t>
      </w:r>
    </w:p>
    <w:p>
      <w:r>
        <w:t>Spisová značka: 13P/25/2025</w:t>
      </w:r>
    </w:p>
    <w:p>
      <w:r>
        <w:t>ECLI: ECLI:SK:OSPD:2025:3825201092.3</w:t>
      </w:r>
    </w:p>
    <w:p>
      <w:r>
        <w:t>Dátum vydania: 1.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13P/25/2025 3825201092 01. 10. 2025 Mgr. Marianna Hašková ECLI:SK:OSPD:2025:3825201092.3</w:t>
      </w:r>
    </w:p>
    <w:p>
      <w:r>
        <w:t>ROZSUDOK V MENE SLOVENSKEJ REPUBLIKY Okresný súd Prievidza, sudkyňou Mgr. Mariannou Haškovou, vo veci starostlivosti súdu o maloleté dieťa: A. A., nar. XX.XX.XXXX, bytom B., C. C. D. XXXX/XX/X, zastúpené Úradom práce, sociálnych vecí a rodiny Prievidza ako kolíznym opatrovníkom, dieťa rodičov: matky: E. A., nar. XX.XX.XXXX, bytom B., C. C. D. XXXX/XX/X a otca: F. A., nar. XX.XX.XXXX, trvale bytom B., C. C. D. XXXX/XX, t. č. na neznámom mieste, za účasti Okresnej prokuratúry Prievidza, o návrhu na nariadenie výchovného opatrenia, takto rozhodol: I. Súd u k l a d á maloletej A. A., nar. XX.XX.XXXX a matke E. A., nar. XX.XX.XXXX, výchovné opatrenie, a to povinnosť podrobiť sa sociálnemu alebo inému odbornému poradenstvu, ktoré sa bude realizovať v Centre pre deti a rodiny Prievidza za účelom podpory obnovenia alebo rozvoja rodičovských zručnosti po dobu 6 mesiacov od právoplatnosti tohto rozhodnutia s tým, že Centrum pre deti a rodiny Prievidza každé dva mesiace zašle súdu správu o poradenskom procese. II. Žiaden z účastníkov nemá nárok na náhradu trov konania. III. Súd z r u š u j e uznesenie Okresného súdu Prievidza zo dňa 07.04.2025 č. k. 13P/25/2025-16 s účinnosťou od právoplatnosti rozhodnutia vo veci samej. odôvodnenie: 1. Úrad práce, sociálnych vecí a rodiny Prievidza sa návrhom zo dňa 05.03.2025 domáhal nariadenia výchovného opatrenia, ktorým by súd nariadil maloletej A. na zabezpečenie odbornej pomoci maloletému dieťaťu pobyt v zariadení najdlhšie na šesť mesiacov v Centre pre deti a rodiny Bošany. Návrh odôvodnil tým, že naposledy bola rozsudkom Okresného súdu Prievidza zo dňa 26.05.2023 č. k. 13P/2/2023, ktorý nadobudol právoplatnosť dňa 15.07.2023, zrušená ústavná starostlivosť nad maloletými deťmi B. a A. A.. Maloleté deti B. a A. boli zverení do osobnej starostlivosti matke a otec bol zaviazaný platením výživného v sume 50,- eur mesačne na každé dieťa. Zároveň súd nariadil maloletým deťom B. a A. a ich matke výchovné opatrenie, povinnosť podrobiť sa sociálnemu a inému odbornému poradenstvu v Centre pre deti a rodiny Spokojnosť Prievidza, ambulantnou a terénnou formou s cieľom zameraným na podpory obnovy rozvoja rodičovských zručností na obdobie 6 mesiacov od právoplatnosti rozhodnutia. Lehota nariadeného výchovného opatrenia uplynula dňa 15.01.2024. Po návrate detí do domáceho prostredia sa spočiatku neprejavovali problémy pri zabezpečovaní starostlivosti o nich. Obe maloleté deti vyjadrovali spokojnosť v domácom prostredí. Začiatkom školského roku 2024/2025 sa matka dostavila na úrad a uviedla, že u maloletej A. sa opakovane začali prejavovať problémy v správaní. Zároveň poukázala aj na psychické problémy maloletej, ktoré riešila aj s detskou psychiatričkou. Dňa 20.12.2024 bolo úradu zo Základnej školy Rastislavova ulica v Prievidzi doručené oznámenie o zanedbávaní povinnej školskej dochádzky maloletej A., pretože v mesiaci december 2024 vymeškala 89 neospravedlnených vyučovacích hodín. Na základe uvedeného sa na úrad dňa 13.01.2025 dostavila</w:t>
      </w:r>
    </w:p>
    <w:p>
      <w:r>
        <w:t>matka, ktorá uviedla, že maloletá A. je psychiatrický pacient, pravidelne navštevuje psychiatričku G. H. a v mesiaci november 2024 bola hospitalizovaná na psychiatrickom oddelení v nemocnici v Martine. G. H. s prihliadnutím na zdravotný stav maloletej odporučila pre Sáru individuálnu výuku, skrátenie výuky na 2 hodiny do týždňa a zároveň odporučila zvážiť preradenie maloletej A. do špeciálnej základnej školy. Z uvedeného vyplynulo, že u maloletej A. sa v domácom prostredí naďalej opakovane vyskytujú závažné výchovné problémy a matka starostlivosť o ňu nezvláda. Maloletá matku nerešpektuje, často medzi nimi dochádza ku konfliktom a dokonca aj k fyzickým útokom maloletej voči matke a súrodencom. Svojim správaním maloletá vážne ohrozuje svoj zdravý psychický a fyzický vývin. S umiestnením maloletej A. súhlasilo aj C. B. I. E. J. K., L. K., M. D. XXX/X, N., A. A. B., J. F. D. XXX/X. 2. Okresná prokuratúra Prievidza vstúpila do konania podaním zo dňa 18.03.2025. 3. Dňa 04.04.2025 ÚPSVaR Prievidza podal návrh na nariadenie neodkladného opatrenia, ktorým by súd nariadil, aby bola maloletá A. odovzdaná do starostlivosti C. B. I. E. J. N.. 4. Okresný súd Prievidza uznesením zo dňa 07.04.2025 č. k. 13P/25/2025-16 nariadil neodkladné opatrenie, ktorým matke E. A., nar. XX.XX.XXXX uložil povinnosť maloletú A. dočasne odovzdať do starostlivosti C. B. I. E. J. K., L. K., N., M. D. XXX/X, so sídlom J. F. D. XXX/X, B., a to až do právoplatného skončenia konania o nariadenie výchovného opatrenia vedenom na Okresnom súde Prievidza pod sp. zn. 13P/25/2025. 5. Matka sa v konaní vyjadrila podaním zo dňa 23.07.2025, v ktorom uviedla, že dcéra A. je od apríla 2025 umiestnená v C. O. N., z dôvodu výchovných problémov. Počas mesiaca júl 2025 bola Sára uvoľnená na krátkodobý pobyt do domáceho prostredia. Tento pobyt sa realizoval bez výrazných problémov. Sára matku rešpektovala, bola nápomocná, hlavne pri zabezpečovaní starostlivosti najmladšiemu vnukovi G.. Uviedla, že ich vzájomný vzťah sa upravil. Na základe uvedeného bola toho názoru, že neodkladné opatrenie splnilo svoj účel a dôvody, pre ktoré bolo nariadené neodkladné opatrenie pominuli. Žiadala, aby súd zrušil neodkladné opatrenie a dcéra A. sa mohla vrátiť do domáceho prostredia. 6. Otec sa k návrhu písomne a ani ústne nevyjadril. Súd doručil návrh otcovi postupom podľa § 116 ods. 2 CSP a ostatné súdne písomnosti doručoval a považoval za doručené podľa § 116 ods. 3 CSP. 7. Súd vo veci konal a rozhodol na pojednávaní dňa 01.10.2025, ktoré sa konalo v neprítomnosti matky a otca, ktorí mali predvolanie na pojednávanie riadne doručené. Otec svoju neprítomnosť neospravedlnil, odročiť pojednávanie nežiadal. Matka svoju neúčasť ospravedlnila a súhlasila, aby súd konal v jej neprítomnosti. 8. Súd vo veci vykonal dokazovanie oboznámením sa s listinnými dôkazmi, a to najmä s: návrhom s prílohami, lustráciou matky a otca v registri obyvateľov, úradným záznamom, uznesením Okresného súdu Prievidza zo dňa 11.03.2025 č. k. 13P/25/2025-8, vstup OP Prievidza do konania zo dňa 18.03.2025, návrhom Úradu práce, sociálnych vecí a rodiny Prievidza zo dňa 02.04.2025 o nariadenie NO, uznesením OS Prievidza zo dňa 07.04.2025 č. k. 13P/25/2025-16, emailom súdu zo dňa 26.06.2025, žiadosťou OP Prievidza, podaním matky zo dňa 23.07.2025, oznámením o podanom návrhu, správou ÚPSVaR Prievidza zo šetrenia pomerov zo dňa 08.09.2025, správou C. K., L. K. zo dňa 08.09.2025, spisom OS Prievidza sp. zn. 13P/130/2024, 13P/2/2023 a z neho najmä rozsudok OS Prievidza zo dňa 26.05.2023 č. k. 13P/2/2023-72, ktorý nadobudol právoplatnosť dňa 15.07.2023 a ostatným obsahom súdneho spisu, na základe čoho zistil nasledujúci skutkový a právny stav veci: 9. Okresný súd Prievidza rozsudkom zo dňa 26.05.2023 č. k. 13P/2/2023-72, ktoré nadobudlo právoplatnosť dňa 15.07.2023, zrušil ústavná starostlivosť nad maloletými deťmi B. A., nar. XX.XX.XXXX a A. A., nar. XX.XX.XXXX. Maloleté deti B. a A. boli zverení do osobnej starostlivosti matke a otec bol zaviazaný platením výživného v sume 50,- eur mesačne na každé dieťa. Zároveň súd nariadil maloletým deťom B. a A. a ich matke výchovné opatrenie, povinnosť podrobiť sa sociálnemu a inému odbornému poradenstvu v Centre pre deti a rodiny Spokojnosť Prievidza, ambulantnou a terénnou formou s cieľom zameraným na podpory obnovy rozvoja rodičovských zručností na obdobie 6 mesiacov od právoplatnosti rozhodnutia. Lehota nariadeného výchovného opatrenia uplynula dňa 15.01.2024.</w:t>
      </w:r>
    </w:p>
    <w:p>
      <w:r>
        <w:t>10. Z návrhu ÚPSVaR Prievidza zo dňa 05.03.2025 vyplýva, že po návrate detí z ústavnej starostlivosti do domáceho prostredia sa spočiatku neprejavovali problémy pri zabezpečovaní starostlivosti o nich. Obe maloleté deti vyjadrovali spokojnosť v domácom prostredí. Začiatkom školského roku 2024/2025 sa matka dostavila na úrad a uviedla, že u maloletej A. sa opakovane začali prejavovať problémy v správaní. Zároveň poukázala aj na psychické problémy maloletej, ktoré riešila aj s detskou psychiatričkou. Matka maloletej uviedla, že A. odmieta chodiť do školy, je psychiatrický pacient, pravidelne navštevuje psychiatričku G. H. a v mesiaci november 2024 bola hospitalizovaná na psychiatrickom oddelení v Nemocnici v Martine. Podľa vyjadrenia matky, ju maloletá nerešpektuje, viac krát sa stalo, že ju aj fyzicky napadla. Nevie si s maloletou dať rady. Zároveň však odmietla prijať odbornú pomoc, na vykonávanie opatrení v Centre pre deti a rodiny Prievidza, ambulantnou a terénnou formou, ktorú by jej úrad mohol sprostredkovať. Uvedené matka odôvodnila tým, že problémy sa prejavujú len u maloletej A., podľa jej názoru, odbornú pomoc potrebuje len A. a požiadala o pomoc s jej umiestnením do vhodného zariadenia. Výchovné problémy s maloletou sa prejavujú aj v školskom prostredí. Maloletá v škole nepracuje, je apatická, alebo reaguje útočne. Mala vymeškaný vysoký počet ospravedlnených hodín, čo sa odrazilo aj na jej prospechu a nemohla byť klasifikovaná. Dňa 20.12.2024 bolo úradu, zo Základnej školy Rastislavova ulica v Prievidzi, doručené oznámenie o zanedbávaní povinnej školskej dochádzky, maloletej A. A., pretože v mesiaci december 2024 vymeškala 89 neospravedlnených vyučovacích hodín. Na základe uvedeného sa na úrad dňa 13.01.2025 dostavila matka maloletej, pani E. A., ktorá uviedla, že maloletá Sára je psychiatrický pacient, pravidelne navštevuje psychiatričku G. H. a v mesiaci november 2024 bola hospitalizovaná na psychiatrickom oddelení v Nemocnici v Martine. Podľa vyjadrenia matky, maloletá odmieta chodiť do školy a ak aj do školy ide, na vyučovaní nepracuje a neplní si svoje školské povinnosti. Pri poslednej návšteve G. H. s prihliadnutím na zdravotný stav maloletej, odporučila pre Sáru individuálnu výuku, skrátenie výuky na 2 hodiny do týždňa a zároveň odporučila zvážiť preradenie maloletej do špeciálnej základnej školy. Maloletej boli zo strany školy opakovane sprostredkované štyri termíny na vyšetrenie maloletej v centre poradenstva a prevencie, avšak matka sa s maloletou ani na jeden termín vyšetrenia nedostavila. Z uvedeného vyplýva, že u maloletej A. sa v domácom prostredí naďalej opakovane vyskytujú závažné výchovné problémy a matka starostlivosť o ňu nezvláda. Maloletá matku nerešpektuje, často medzi nimi dochádza ku konfliktom a dokonca aj k fyzickým útokom maloletej voči matke a súrodencom. Svojim správaním maloletá vážne ohrozuje svoj zdravý psychický a fyzický vývin. Úrad zisťoval možnosti umiestnenia maloletej A.. Súhlasné stanovisko C. B. I. E. J. K., L. K., M. XXX/X N., A. A. J. F. XXX/X, B. s prijatím maloletej do zariadenia doložilo k podaniu. 11. Na základe návrhu ÚPSVaR Prievidza zo dňa 02.04.2025 o nariadenie neodkladného opatrenia maloletej A. súd uznesením zo dňa 07.04.2025 č. k. 13P/25/2025-16 nariadil neodkladné opatrenie, ktorým matke E. A., nar. XX.XX.XXXX uložil povinnosť maloletú A. dočasne odovzdať do starostlivosti C. B. I. E. J. K., L. K., N., M. D. XXX/X, so sídlom J. F. D. XXX/X, B., a to až do právoplatného skončenia konania o nariadenie výchovného opatrenia vedenom na Okresnom súde Prievidza pod sp. zn. 13P/25/2025. 12. Zo správy ÚPSVaR Prievidza zo dňa 08.09.2025 vyplýva, že maloletá A. je na základe nariadeného výchovného opatrenia naďalej umiestnená v zariadení Centra pre deti a rodiny K. N.. Úrad vykonáva pravidelné osobné návštevy maloletej v zariadení na výkon rozhodnutia súdu. Počas poslednej vykonanej návštevy maloletá A. uviedla, že v centre sa cíti dobre, nesťažuje sa, avšak aj napriek tomu sa túži vrátiť domov k rodine. Počas prázdnin chodila pravidelne domov k mame na krátkodobé pobyty. Vyjadrila sa, že počas pobytov bola spokojná, medzi ňou a mamou nedochádzalo k žiadnym nezhodám. Vzťah s mamou v súčasností označila ako lepší, vedia sa spolu porozprávať a veľa vecí si vysvetlili. Taktiež svoje správanie v centre ohodnotila kladne. Snaží sa poslúchať, rešpektovať pravidlá zariadenia, aby sa mohla vrátiť domov. Ďalej uviedla, že minulý školský rok úspešne ukončila absolvovaním všetkých predmetov a postúpila do ďalšieho ročníka. Tento školský rok zatiaľ ešte v škole nebola, čaká na rozpis zo školy, v ktorý deň sa má zúčastňovať vyučovania. Následne úrad pristúpil k rozhovoru s pracovníčkou centra, ktorá uviedla, že aktuálne sa správanie maloletej A. zlepšilo. Počas pobytu zaznamenali u A. len jeden incident, kedy fajčila v okne a následne došlo medzi ňou a iným dievčaťom z centra ku konfliktu. V súčasnosti všetci pracovníci centra jej správanie hodnotili pozitívne. V zariadení aj v škole je snaživá. Predchádzajúci ročník ukončila podľa odporúčania pedopsychiatričky, školu navštevovala len dve hodiny v týždni. V súčasnosti A. prejavuje záujem navštevovať školu aj častejšie. Z uvedeného dôvodu dňa 08.09.2025 absolvovala vyšetrenie v centre poradenstva a prevencie. A. je možné motivovať pokojnými, nenásilnými výchovnými metódami, vďaka čomu došlo v jej správaní k priaznivému progresu. Naučila</w:t>
      </w:r>
    </w:p>
    <w:p>
      <w:r>
        <w:t>sa lepšie chápať svoje pocity a lepšie ich spracovať. Reaguje menej intenzívne a agresívne. Veľmi nepriaznivo však na ňu pôsobí odlúčenie od rodiny. Pred podaním správy úrad zisťoval stanovisko matky k nariadeniu výchovného opatrenia maloletej A. pobytovou formou. Matka uviedla, že maloletá absolvovala v jej domácnosti niekoľko krátkodobých pobytov. Pobyty sa realizovali bez problémov, A. ju rešpektovala, nemali medzi sebou konflikty. Ďalej sa však matka vyjadrila, že sa obáva návratu maloletej do domáceho prostredia, že A. nebude chcieť chodiť do školy. Podľa jej vyjadrenia ešte aj teraz bola na výsluchu, z dôvodu neospravedlnených hodín, ktoré mala A. počas minulého školského roka. Vykonaným šetrením bolo zistené, že v správaní maloletej A., došlo počas pobytu v centre pre deti a rodiny k pozitívnej náprave. A. sa naučila lepšie chápať svoje pocity a lepšie ich spracovať. V súčasnosti už reaguje menej intenzívne a agresívne. Preto je úrad toho názoru, že dôvody pre ktoré bola maloletá umiestnená do zariadenia aktuálne pominuli. A. prejavuje veľmi silnú túžbu vrátiť sa do domáceho prostredia. Vzhľadom na obavy matky, že v domácom prostredí by sa u A. opakovane mohli vyskytnúť problémy, pre ktoré bola umiestnená do zariadenia, navrhol ÚPSVaR Prievidza maloletej A. a jej matke nariadiť výchovné opatrenie, povinnosť podrobiť sa sociálnemu a inému odbornému poradenstvu, zameranému na podporu obnovy, alebo rozvoja rodičovských zručností, ktoré sa bude realizovať v Centre pre deti a rodiny Prievidza, ambulantnou a terénnou formou. 13. Matka sa v konaní vyjadrila podaním zo dňa 23.07.2025, v ktorom uviedla, že dcéra A. je od apríla 2025 P. O. C. O. N., z dôvodu výchovných problémov. Počas mesiaca júl 2025 bola A. uvoľnená na krátkodobý pobyt do domáceho prostredia. Tento pobyt sa realizoval bez výrazných problémov. A. matku rešpektovala, bola nápomocná, hlavne pri zabezpečovaní starostlivosti najmladšiemu vnukovi G.. Uviedla, že ich vzájomný vzťah sa upravil. Na základe uvedeného bola toho názoru, že neodkladné opatrenie splnilo svoj účel a dôvody, pre ktoré bolo nariadené neodkladné opatrenie pominuli. Žiadala, aby súd zrušil neodkladné opatrenie a dcéra A. sa mohla vrátiť do domáceho prostredia. Na tomto vyjadrení zotrvala, keď sa dňa 01.10.2025 ospravedlňovala z neúčasti na pojednávaní z dôvodu nutnosti zabezpečenia zdravotnej starostlivosti maloletému dieťaťu, keď uviedla, že chce zrušiť nariadené výchovné opatrenie. 14. Otec maloletej A. sa k veci nevyjadril, nakoľko mu boli súdne písomnosti doručované podľa § 116 ods. 2 a 3 CSP. 15. Okresná prokuratúra Prievidza na pojednávaní dňa 01.10.2025 súhlasila, aby bolo zrušené neodkladné opatrenie nariadené maloletej A. a aby maloletej A. a matke bolo uložené výchovné opatrenie podľa § 37 ods. 2 písm. d) Zákona o rodine, t. j. aby súd výchovným opatrením nariadil maloletej A. a jej matke povinnosť podrobiť sa sociálnemu a inému odbornému poradenstvu, zameranému na podporu obnovy, alebo rozvoja rodičovských zručností, ktoré sa bude realizovať v Centre pre deti a rodiny Prievidza, ambulantnou a terénnou formou. 16.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17. Podľa § 37 ods. 3 písm. b)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w:t>
      </w:r>
    </w:p>
    <w:p>
      <w:r>
        <w:t>maloletému dieťaťu na účely zabezpečenia odbornej pomoci maloletému dieťaťu alebo zabezpečenia úpravy rodinných a sociálnych pomerov maloletého dieťaťa pobyt v zariadení najdlhšie na šesť mesiacov . 18. Súd vzhľadom na vykonané dokazovanie a zhodné vyjadrenia účastníkov konania (matky, kolízneho opatrovníka a Okresnej prokuratúry Prievidza) dospel k záveru, že výchovné opatrenie nariadené neodkladným opatrením podľa § 37 ods. 3 písm. b) zákona o rodine uznesením Okresného súdu Prievidza zo dňa 07.04.2025 č. k. 13P/25/2025-16 splnilo svoj účel a v súčasnej dobe už nie je potrebné poskytovať maloletej A. odbornú pomoc pobytovou formou v C. K., L. K. O. súčasnej dobe postačuje, aby sa maloletá A. a jej matka podrobili sociálnemu alebo inému odbornému poradenstvu, zameranému na podporu obnovy, alebo rozvoja rodičovských zručností, ktoré sa bude realizovať v Centre pre deti a rodiny Prievidza, ambulantnou a terénnou formou. Pri svojom rozhodnutí súd vychádzal najmä z aktuálnej správy ÚPSVaR Prievidza zo dňa 08.09.2025 a zo správy C. B. I. E. J. K., L. K. zo dňa 08.09.2025, z ktorých vyplynulo, že maloletá A. je v školskom roku 2025/2026 žiačkou 8. ročníka na Základnej škole v Bošanoch. V školskom prostredí sa vzdeláva individuálnou formou vzdelávania, na základe odporúčania pedopsychiatra. Do školy chodila dva krát do týždňa na individuálne preskúšania. Centrum zabezpečilo žiadosť o odborné špeciálnopedagogické a psychologické vyšetrenie v CPP v Topoľčanoch. Maloletá absolvovala vyšetrenie dňa 08.09.2025 a 09.09.2025. Ďalšie vyšetrenie mala naplánované na 25.9.2025. Matka maloletej, pani E. A., maloletú kontaktuje vo vyhradenom čase. Počas letných prázdnin maloletá absolvovala opakované krátkodobé pobyty v domácnosti matky. Pani A. hodnotila pobyty kladne, kladne hodnotila pozitívnu zmenu v správaní maloletej. Uviedla, že počas krátkodobých pobytov maloletá A. rešpektovala pokyny matky a nemala s ňou žiadne výchovné problémy. Otec maloletej, pán F. A. opakovane kontaktoval pracovníčku Centra a informoval sa na maloletú A.. Maloletá odmietla kontakt s otcom. Zo záverov správy C. K., L. K. vyplynulo, že počas pobytu v Centre je maloletá A. výchovne vedená k pozitívnym zmenám v správaní, so zreteľom na rozvoj schopnosti zvládať emócie, kultivovať vyjadrovanie a podporovať zdravé sociálne interakcie. V procese je žiaduce, aby sa matka aktívne a dôsledne zapájala do výchovných procesov nastavených Centrom, zabezpečovala kontroly u pedopsychiatra a dodržiavanie predpísanej medikamentóznej liečby, pričom jej úloha spočíva aj v podpore dcéry pri upevňovaní vhodných vzorcov správania a pri vytváraní funkčných rovesníckych vzťahov. 19. Vzhľadom na vyššie uvedené súd zároveň zrušil uznesenie Okresného súdu Prievidza zo dňa 07.04.2025 č. k. 13P/25/2025-16 o nariadenom neodkladnom opatrní podľa ň 335 ods. 1 a 3 CSP s účinnosťou od právoplatnosti rozhodnutia vo veci samej. 20. O trovách konania rozhodol súd podľa § 52 CMP tak, že žiadnemu z účastníkov mimosporového konania nárok na náhradu trov konania nepriznal. Poučenie: Proti tomuto rozsudku možno podať odvolanie do 15 dní odo dňa jeho doručenia, písomne,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https://www.kauzis.sk/judikatura/r/ECLI:SK:OSPD:2025:3825201092.3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