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10P/34/2025 z 15. 5. 2025</w:t>
      </w:r>
    </w:p>
    <w:p>
      <w:r>
        <w:t>Rozsudok Okresného súdu Prievidza z 15. mája 2025, sp. zn. 10P/34/2025, ECLI:SK:OSPD:2025:3825201280.2</w:t>
      </w:r>
    </w:p>
    <w:p>
      <w:r>
        <w:t>Súd: Okresný súd Prievidza</w:t>
      </w:r>
    </w:p>
    <w:p>
      <w:r>
        <w:t>Spisová značka: 10P/34/2025</w:t>
      </w:r>
    </w:p>
    <w:p>
      <w:r>
        <w:t>ECLI: ECLI:SK:OSPD:2025:3825201280.2</w:t>
      </w:r>
    </w:p>
    <w:p>
      <w:r>
        <w:t>Dátum vydania: 15.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10P/34/2025 3825201280 15. 05. 2025 JUDr. Katarína Zajacová ECLI:SK:OSPD:2025:3825201280.2</w:t>
      </w:r>
    </w:p>
    <w:p>
      <w:r>
        <w:t>ROZSUDOK V MENE SLOVENSKEJ REPUBLIKY Okresný súd v Prievidzi sudkyňou JUDr. Katarínou Zajacovou v právnej veci manželky A. B., C. A., nar. XX.X.XXXX, bytom D. E. XX proti manželovi F. B., nar. XX.XX.XXXX, bytom D. E. XX, o rozvod manželstva a úpravu výkonu rodičovských práv a povinností účastníkov na čas po rozvode k maloletým deťom B., B., nar. XX.XX.XXXX a F., nar. X.X.XXXX zastúpeným kolíznym opatrovníkom, Úradom práce, sociálnych vecí a rodiny Prievidza, takto rozhodol: I.Manželstvo účastníkov, F. B., nar. XX.XX.XXXX a A. B., C. A., nar. XX.X.XXXX, uzavreté dňa 10.10.2020 v D. E. a zapísané v Knihe manželstiev A. G. D. E. vo zväzku 4, ročník 2020, na strane 116, pod poradovým číslom 6 r o z v á d z a. II. S c h v a ľ u j e rodičovskú dohodu účastníkov, ktorou sa maloleté deti B., B., nar. XX.XX.XXXX a F., nar. X.X.XXXX na čas po rozvode manželstva zverujú do spoločnej osobnej starostlivosti oboch rodičov. III. Právo zastupovať maloleté deti v bežných veciach a spravovať ich majetok v bežných veciach a j ú obaja rodičia, každý samostatne.</w:t>
      </w:r>
    </w:p>
    <w:p>
      <w:r>
        <w:t>m</w:t>
      </w:r>
    </w:p>
    <w:p>
      <w:r>
        <w:t>IV. Počas trvania spoločnej osobnej starostlivosti rodičov o maloleté deti sa výživné n e u r č u j e. odôvodnenie: 1. Tento rozsudok podľa § 221 písm. a/, b/ CSP a § 122 CMP neobsahuje odôvodnenie. Poučenie: Proti tomuto rozsudku odvolanie nie je prípustné, nakoľko sa ho účastníci voči výroku I. rozsudku o rozvode manželstva a kolízny opatrovník voči výrokom I., II., III., IV. rozsudku vzdali, čo potvrdili svojimi podpismi do súdnej zápisnice dňa 15.5.2025.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https://www.kauzis.sk/judikatura/r/ECLI:SK:OSPD:2025:3825201280.2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