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29Pc/11/2025 z 30. 6. 2025</w:t>
      </w:r>
    </w:p>
    <w:p>
      <w:r>
        <w:t>Rozsudok bez odôvodnenia Okresného súdu Prievidza z 30. júna 2025, sp. zn. 29Pc/11/2025, ECLI:SK:OSPD:2025:3825201468.2</w:t>
      </w:r>
    </w:p>
    <w:p>
      <w:r>
        <w:t>Súd: Okresný súd Prievidza</w:t>
      </w:r>
    </w:p>
    <w:p>
      <w:r>
        <w:t>Spisová značka: 29Pc/11/2025</w:t>
      </w:r>
    </w:p>
    <w:p>
      <w:r>
        <w:t>ECLI: ECLI:SK:OSPD:2025:3825201468.2</w:t>
      </w:r>
    </w:p>
    <w:p>
      <w:r>
        <w:t>Dátum vydania: 30. 6. 2025</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29Pc/11/2025 3825201468 30. 06. 2025 JUDr. Peter Štefčík ECLI:SK:OSPD:2025:3825201468.2</w:t>
      </w:r>
    </w:p>
    <w:p>
      <w:r>
        <w:t>Rozsudok bez odôvodnenia 29Pc/11/2025 Okresný súd Prievidza sudcom JUDr. Petrom Štefčíkom vo veci navrhovateľky A. B., nar. XX.XX.XXXX, bytom A. C., D. E. XXX/XX proti manželovi D. B., nar. XX.XX.XXXX, bytom A. C., D. E. XXX/XX, o rozvod manželstva, takto rozhodol: 29Pc/11/2025 I. Súd manželstvo navrhovateľky A. B., F. G., nar. XX.XX.XXXX a D. B., nar. XX.XX.XXXX, uzavreté dňa 18.04.1998 v Malých Uherciach, zapísané v knihe manželstiev matričného úradu Partizánske vo zväzku 11, ročník 1998, na strane 230, pod poradovým číslom 29 rozvádza. II. Žiaden z účastníkov nemá nárok na náhradu trov konania. odôvodnenie: 29Pc/11/2025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 (4) Vzhľadom k tomu, že tento rozsudok bol vyhlásený na pojednávaní za prítomnosti všetkých účastníkov, ktorí sa vzdali odvolania, odôvodnenie neobsahuje. Poučenie: 29Pc/11/2025 Proti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môže do troch mesiacov po právoplatnosti rozhodnutia o rozvode manželstva matričnému úradu oznámiť, že prijíma opäť svoje predošlé priezvisko. Proti tomuto rozsudku odvolanie nie je prípustné, nakoľko sa účastníci odvolania výslovne vzdali (§ 368 CSP).</w:t>
      </w:r>
    </w:p>
    <w:p/>
    <w:p>
      <w:r>
        <w:t>Zdroj: KAUZIS.SK – https://www.kauzis.sk/judikatura/r/ECLI:SK:OSPD:2025:3825201468.2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