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24Ps/6/2025 z 7. 11. 2025</w:t>
      </w:r>
    </w:p>
    <w:p>
      <w:r>
        <w:t>Rozsudok Okresného súdu Prievidza z 7. novembra 2025, sp. zn. 24Ps/6/2025, ECLI:SK:OSPD:2025:3825201790.2</w:t>
      </w:r>
    </w:p>
    <w:p>
      <w:r>
        <w:t>Súd: Okresný súd Prievidza</w:t>
      </w:r>
    </w:p>
    <w:p>
      <w:r>
        <w:t>Spisová značka: 24Ps/6/2025</w:t>
      </w:r>
    </w:p>
    <w:p>
      <w:r>
        <w:t>ECLI: ECLI:SK:OSPD:2025:3825201790.2</w:t>
      </w:r>
    </w:p>
    <w:p>
      <w:r>
        <w:t>Dátum vydania: 7.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24Ps/6/2025 3825201790 07. 11. 2025 Mgr. Miriam Manová ECLI:SK:OSPD:2025:3825201790.2</w:t>
      </w:r>
    </w:p>
    <w:p>
      <w:r>
        <w:t>ROZSUDOK V MENE SLOVENSKEJ REPUBLIKY Okresný súd Prievidza sudkyňou Mgr. Miriam Manovou vo veci starostlivosti súdu o osobu pozbavenú spôsobilosti na právne úkony A. B., C. B., nar. XX.XX.XXXX v D., trvale bytom E. XXXX/X, XXX XX D., toho času v B. F. F. – G. H. G., I. XXX/X, G. H. G., štátnu občianku SR, zastúpenú opatrovníčkou J. D., nar. XX.XX.XXXX, trvale bytom B. G. XXX/X, XXX XX H. K., štátnej občianky SR, za účasti Okresnej prokuratúry Partizánske, o návrhu opatrovníčky a osobitného opatrovníka L. M. D., nar. XX.XX.XXXX, trvale bytom N. XXX/X, XXX XX H. K., štátneho občana SR, na schválenie právneho úkonu, takto rozhodol: I. Súd schvaľuje právny úkon urobený za A. B., C. B., nar. XX.XX.XXXX, trvale bytom E. XXXX/X, XXX XX D., osobu pozbavenú spôsobilosti na právne úkony, jej ustanoveným osobitným opatrovníkom L. M. D., nar. XX.XX.XXXX, trvale bytom N. XXX/X, H. K. a to: - Kúpnu zmluvu zo dňa XX.XX.XXXX, uzatvorenú medzi A. B., C. B., nar. XX.XX.XXXX, trvale bytom E. XXXX/X, XXX XX D. a J. D., nar. XX.XX.XXXX, trvale bytom B. G. XXX/X, XXX XX H. K., ako predávajúcimi, a kupujúcim M. N., nar. XX.XX.XXXX, trvale bytom N. XX, XXX XX O. N., predmetom ktorej je prevod vlastníckeho práva k nehnuteľnosti vedenej Okresným úradom D., Okres: D., Obec: D., Katastrálne územie: D., zapísanej na liste vlastníctva č. XXXX a to: a) byt č. XX na X. p. vo vchode X nachádzajúci sa v stavbe - druh stavby: Bytový dom, popis stavby: byt. dom, súpisné č. XXXX, na ulici E. v D., postavenej na zastavanom pozemku - parcela registra „C" KN s parcelným č. XXXX/XX, b) k bytu prislúchajúci podiel priestoru na spoločných častiach, spoločných zariadeniach domu a na príslušenstve bytového domu so súpisným č. XXXX o veľkosti XXXX/XXXXXX, c) spoluvlastnícky podiel o veľkosti XXXX/XXXXXX k zastavanému pozemku - parcela registra „C“, KN s parcelným č. XXXX/XX o výmere XXX m2, druh pozemku: zastavaná plocha a nádvorie a Dodatok č. 1 ku kúpnej zmluve zo dňa XX.XX.XXXX, a to za celkovú kúpnu cenu 65 600 € - Zmluvu o zriadení záložného práva k nehnuteľnosti č. XXXX_XX_XXXXXXXX_XX_X zo dňa XX.XX.XXXX, uzatvorenú medzi záložným veriteľom P. G. B. C. Q. F., Q., R. XXXX/X, XXX XX D. X – M., S. C., IČ: XXX XX XXX, záložcami A. B., C. B., nar. XX.XX.XXXX, trvale bytom E. XXXX/X, XXX XX D. a J. D., nar. XX.XX.XXXX, trvale bytom B. G. XXX/X, XXX XX H. K., a dlžníkom M. N., nar. XX.XX.XXXX, trvale bytom N. XX, XXX XX O. N., predmetom ktorej je zriadenie záložného práva k nehnuteľnosti vedenej Okresným úradom D., Okres: D., Obec: D., Katastrálne územie: D., zapísanej na liste vlastníctva č. XXXX, a to: a) byt č. XX na X. p. vo vchode X nachádzajúci sa v stavbe - druh stavby: Bytový dom, popis stavby: byt. dom, súpisné č. XXXX, na ulici E. v D., postavenej na zastavanom pozemku - parcela registra „C" KN s parcelným č. XXXX/XX, b) k bytu prislúchajúci podiel priestoru na spoločných častiach, spoločných zariadeniach domu a na príslušenstve bytového domu so súpisným č. XXXX o veľkosti XXXX/XXXXXX, c) spoluvlastnícky podiel o veľkosti XXXX/XXXXXX k zastavanému pozemku - parcela registra „C“, KN s parcelným č. XXXX/XX o výmere XXX m2, druh pozemku: zastavaná plocha a nádvorie. II. Osobitnému opatrovníkovi L. M. D. sa ukladá povinnosť, aby v lehote do 60 dní od právoplatnosti tohto rozhodnutia preukázal, že finančné prostriedky vo výške 32.800 € boli vložené na bankový účet A.</w:t>
      </w:r>
    </w:p>
    <w:p>
      <w:r>
        <w:t>B., osoby obmedzenej v spôsobilosti na právne úkony, a to na číslo účtu IBAN: F. XXXX XXXX XXXX XXXX XXXX, vedený v P. G. B. C. Q. F., Q., pobočka zahraničnej banky. III. Žiaden z účastníkov nemá nárok na náhradu trov konania. odôvodnenie: 1. Dňa 11.04.2025 bol Okresnému súdu Prievidza doručený návrh J. D., opatrovníčky A. B., osoby pozbavenej spôsobilosti na právne úkony, a osobitného opatrovníka L. M. D., na schválenie právneho úkonu – Kúpnej zmluvy zo dňa XX.XX.XXXX a Zmluvy o zriadení záložného práva k nehnuteľnosti zo dňa XX.XX.XXXX.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Navrhovateľka, osobitný opatrovník, a prokurátorka Okresnej prokuratúry Partizánske, sa po vyhlásení rozsudku na pojednávaní konanom dňa 07.11.2025, vzdali práva podať odvolanie. Poučenie: Proti rozsudku možno podať odvolanie do 15 dní odo dňa jeho doručenia prostredníctvom Okresného súdu Prievidza na Krajský súd Žilina.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w:t>
      </w:r>
    </w:p>
    <w:p/>
    <w:p>
      <w:r>
        <w:t>Zdroj: KAUZIS.SK – https://www.kauzis.sk/judikatura/r/ECLI:SK:OSPD:2025:3825201790.2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