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19Pu/3/2025 z 23. 7. 2025</w:t>
      </w:r>
    </w:p>
    <w:p>
      <w:r>
        <w:t>Uznesenie Okresného súdu Prievidza z 23. júla 2025, sp. zn. 19Pu/3/2025, ECLI:SK:OSPD:2025:3825203554.2</w:t>
      </w:r>
    </w:p>
    <w:p>
      <w:r>
        <w:t>Súd: Okresný súd Prievidza</w:t>
      </w:r>
    </w:p>
    <w:p>
      <w:r>
        <w:t>Spisová značka: 19Pu/3/2025</w:t>
      </w:r>
    </w:p>
    <w:p>
      <w:r>
        <w:t>ECLI: ECLI:SK:OSPD:2025:3825203554.2</w:t>
      </w:r>
    </w:p>
    <w:p>
      <w:r>
        <w:t>Dátum vydania: 23. 7. 2025</w:t>
      </w:r>
    </w:p>
    <w:p>
      <w:r>
        <w:t>Forma: Uznesenie</w:t>
      </w:r>
    </w:p>
    <w:p>
      <w:pPr>
        <w:pStyle w:val="Heading2"/>
      </w:pPr>
      <w:r>
        <w:t>Text rozhodnutia</w:t>
      </w:r>
    </w:p>
    <w:p>
      <w:r>
        <w:t>Súd: Spisová značka: Identifikačné číslo súdneho spisu: Dátum vydania rozhodnutia: Meno a priezvisko sudcu, VSÚ: ECLI:</w:t>
      </w:r>
    </w:p>
    <w:p>
      <w:r>
        <w:t>Okresný súd Prievidza 19Pu/3/2025 3825203554 23. 07. 2025 JUDr. Ivana Macková ECLI:SK:OSPD:2025:3825203554.2</w:t>
      </w:r>
    </w:p>
    <w:p>
      <w:r>
        <w:t>Uznesenie Okresný súd Prievidza vo veci vyslovenia prípustnosti použitia obmedzovacích prostriedkov v zdravotníckom zariadení u umiestnenej A. B., nar. X.X.XXXX, bytom C. D. XXX/XX, E., toho času na Psychiatrickom oddelení Nemocnice s poliklinikou Prievidza, so sídlom v Bojniciach, zastúpenej opatrovníkom A. B., nar. XX.X.XXXX, bytom F. G. XXX/X, E., takto rozhodol: V y s l o v u j e, že obmedzenie vo voľnom pohybe a styku s vonkajším svetom použitím obmedzovacích prostriedkov vo forme mechanického obmedzenia - použitie popruhov a farmakologického obmedzenia u A. B., nar. X.X.XXXX, v ústave zdravotníckej starostlivosti - Psychiatrické oddelenie Nemocnice s poliklinikou Prievidza, so sídlom v Bojniciach, dňa 21.7.2025 o 12:00 hod. je dôvodné. odôvodnenie: 1. Uznesením zo dňa 22.7.2025 začal súd konanie o vyslovenie prípustnosti obmedzenia vo voľnom pohybe a styku s vonkajším svetom v ústave zdravotníckej starostlivosti u A. B., hospitalizovanej od 21.7.2025 na psychiatrickom lôžkovom oddelení nemocnice v Bojniciach. Psychiatrické oddelenie informovalo e-mailom dňa 22.7.2025 tunajší súd o použití obmedzovacích prostriedkov. Príslušný lekár informoval pacienta o účele, povahe, následkoch a rizikách použitia obmedzovacích prostriedkov. V prílohe doručilo zdravotnícke zariadenie fotokópiu Zápisu o použití obmedzovacieho prostriedku. Konanie bolo začaté s poukazom na ustanovenie § 253 ods. 2 a 254 ods. 2 Civilného mimosporového poriadku (ďalej len „CMP“) bez návrhu z úradnej povinnosti. 2. Uznesením č.k. 12Ps/15/2024-27 zo dňa 6.2.2025, ktoré nadobudlo právoplatnosť dňa 13.2.2025, ustanovil súd A. B., nar. X.X.XXXX, ktorá je pozbavená spôsobilosti na právne úkony, opatrovníka v osobe A. B., nar. XX.X.XXXX. Zároveň rozhodol, že oprávnením aj povinnosťou opatrovníka je starať sa o opatrovanú A. B., o jej hnuteľný a nehnuteľný majetok, preberať za ňu dôchodok, resp. iné dávky a finančnú hotovosť, uzatvárať za ňu zmluvy, zastupovať ju pred súdmi, notárskymi úradmi, orgánmi činnými v trestnom konaní, orgánmi štátu a verejnej správy, peňažnými ústavmi, vrátane nebankových subjektov a rozhodovať o jej zdravotnej, sociálnej starostlivosti a o mieste jej pobytu tak, aby neutrpela žiadnu ujmu na svojich právach. Keďže umiestnená je zastúpená blízkou osobou (bratom), nebolo potrebné ustanoviť na ochranu jej záujmov v tomto konaní ďalšiu osobu (procesného opatrovníka). 3. Zo zápisu o použití obmedzovacieho prostriedku je zrejmé, že boli použité obmedzovacie prostriedky vo forme mechanického obmedzenia, špecificky použitie popruhov a farmakologické obmedzenie, nakoľko neboli miernejšie možnosti zvládnutia situácie. Pacientka má nevyspytateľné správanie, psychomotorický nepokoj. Prejavuje sa u nej brachiálna agresivita, zatína päste, zuby. Pacientka komunikuje neprimerane, nepochopila situáciu a je s ňou narušená spolupráca. 4. Bolo zistené, že umiestnená trpí duševnou poruchou, ktorá vyžaduje neodkladné liečenie a použitie obmedzovacích prostriedkov. Vzhľadom na túto poruchu umiestnená ohrozuje seba/svoje okolie, preto</w:t>
      </w:r>
    </w:p>
    <w:p>
      <w:r>
        <w:t>nemocnica žiada súd o rozhodnutie o zákonnosti jej obmedzenia vo voľnom pohybe alebo styku s vonkajším svetom. 5. Súd vykonal dokazovanie výsluchom zástupcu ošetrujúceho lekár F. H. I., ktorý uviedol, že umiestnená nie je schopná výsluchu, nie je schopná vyjadriť sa a vnímať obsah toho, čo je jej hovorené vzhľadom na jej ochorenie, nie v dôsledku požitia liekov. Lekár ďalej uviedol, že umiestnená bola prijatá dňa 21.7.2025, má mentálnu retardáciu stredne ťažkého stupňa, jej IQ je 49. Súhlas s hospitalizáciou udelil jej brat A. B., ktorý je jej ustanovený za opatrovníka. Pacientka už bola hospitalizovaná na psychiatrickom oddelení v roku 2023 a naposledy aj v júli 2025 - dňa 16.7.2025 bola z ústavu prepustená. Opätovne bola prijatá, lebo bola agresívna na seba a personál zariadenia (Harmónia), v ktorom je umiestnená. Kričala, bila, hrýzla, udierala seba samú. Boli jej nasadené lieky podľa predchádzajúcej hospitalizácie a diazepam. U hospitalizovanej boli použité obmedzovacie prostriedky popruhy a farmakologické obmedzenie. Užíva Zoleptil, Diazepam, Depakine chrono a vitamínoterapiu. Z výpovede lekára bolo tiež zistené, že popruhy sú jej pri zlepšení zdravotného stavu snímané, v prípade zhoršenia sú opakovane použité. Mozog pacientky je poškodený, medikamentózna liečba zaberá ťažko, napríklad účinky trvajú len hodinu. Preto museli byť požité oba druhy obmedzovacích prostriedkov. O použití obmedzovacieho prostriedku rozhodol MUDr. Šimala pri prijatí. Predpokladaná dĺžka liečby je 4 týždne. 6. Pacientka bola vzhliadnutá sudkyňou, ktorá sa pokúsila o nadviazanie kontaktu, avšak neúspešne. Umiestnená nekomunikovala. V čase vzhliadnutia popruhmi fixovaná nebola. 7. Podľa § 253 ods. 2 CMP, ak je umiestnený, ktorý bol prijatý do zdravotníckeho zariadenia s informovaným súhlasom, obmedzený vo voľnom pohybe alebo styku s vonkajším svetom, je toto zdravotnícke zariadenie povinné urobiť oznámenie podľa odseku 1 do 24 hodín od takého obmedzenia. 8. Podľa § 9b ods. 1 zákona č. 576/2004 Z.z. o zdravotnej starostlivosti, službách súvisiacich s poskytovaním zdravotnej starostlivosti a o zmene a doplnení niektorých zákonov (ďalej len „zákon o zdravotnej starostlivosti“), pri poskytovaní ústavnej starostlivosti možno voči pacientovi použiť obmedzovací prostriedok len na čas nevyhnutne potrebný na odstránenie priameho ohrozenia. Obmedzovací prostriedok možno použiť, len ak sa nepodarilo odvrátiť nebezpečné konanie pacienta použitím miernejších spôsobov zvládnutia situácie najmä verbálnou deeskalačnou technikou. 9. Podľa § 9b ods. 2 zákona o zdravotnej starostlivosti, mechanické obmedzenie je použitie obmedzovacieho prostriedku na zabránenie voľného pohybu pacienta použitím ochranného pásu alebo popruhu. 10. Podľa § 9b ods. 2 zákona o zdravotnej starostlivosti, farmakologické obmedzenie je podanie lieku, ktoré nemá terapeutický účel, bez súhlasu pacienta, s cieľom upokojenia pacienta a zabezpečenia kontroly nad pacientovým správaním. Obmedzovacím prostriedkom podľa prvej vety nie je podanie pravidelnej dávky lieku, ktorá je súčasťou sústavnej liečby. 11. Podľa § 9b ods. 5 zákona o zdravotnej starostlivosti, ak je nevyhnutné použiť obmedzovací prostriedok, podľa závažnosti klinického stavu pacienta sa zvolí najmiernejší spôsob použitia obmedzovacieho prostriedku na dosiahnutie účelu. Použitie obmedzovacieho prostriedku nesmie slúžiť na zľahčovanie poskytovania zdravotnej starostlivosti alebo na zvládnutie nepokoja pacienta, ktorý nevedie k agresívnemu správaniu, priamemu ohrozeniu života alebo zdravia pacienta alebo iných fyzických osôb alebo k ničeniu vecí. 12. Podľa § 9b ods. 6 zákona o zdravotnej starostlivosti, obmedzovací prostriedok možno použiť len spôsobom, ktorý neohrozí zdravie a bezpečnosť pacienta a v miere nevyhnutnej na dosiahnutie účelu s prihliadnutím na mieru ohrozenia a klinický stav pacienta. Pri použití obmedzovacieho prostriedku má pacient právo za podmienok ustanovených týmto zákonom na rešpektovanie ochrany svojej dôstojnosti a telesnej a psychickej integrity. 13. Podľa § 9b ods. 8 zákona o zdravotnej starostlivosti, použitie obmedzovacieho prostriedku nariaďuje lekár so špecializáciou v špecializačnom odbore a v prípade jeho nedostupnosti lekár v špecializačnej príprave v špecializačnom odbore podľa osobitného predpisu. Ak je potrebné obmedzovací prostriedok použiť neodkladne a nemožno zabezpečiť jeho nariadenie lekárom podľa</w:t>
      </w:r>
    </w:p>
    <w:p>
      <w:r>
        <w:t>prvej vety, použitie obmedzovacieho prostriedku môže nariadiť aj sestra; takto nariadené použitie obmedzovacieho prostriedku lekár podľa prvej vety bezodkladne posúdi a vyjadrí súhlas alebo nesúhlas s nariadením použitia obmedzovacieho prostriedku. Ak lekár vyjadrí nesúhlas s nariadením použitia obmedzovacieho prostriedku, upustí sa od použitia obmedzovacieho prostriedku. 14. Podľa § 9b ods. 11 zákona o zdravotnej starostlivosti, pacient obmedzený použitím obmedzovacieho prostriedku musí byť pravidelne kontrolovaný a pri každej kontrole musí byť prehodnotená nevyhnutnosť ďalšieho použitia obmedzovacieho prostriedku. 15. Podľa § 9b ods. 12 zákona o zdravotnej starostlivosti, zdravotnícky pracovník podľa odseku 9 je povinný pred použitím obmedzovacieho prostriedku a pri každej kontrole použitia obmedzovacieho prostriedku informovať pacienta o účele, povahe, následkoch a rizikách použitia obmedzovacieho prostriedku zrozumiteľne, primerane zdravotnému stavu pacienta. Lekár je povinný pacienta informovať o použití obmedzovacieho prostriedku po skončení použitia obmedzovacieho prostriedku v čase, kedy je pacient schopný vzhľadom na svoj zdravotný stav porozumieť informácii o účele, povahe, následkoch a rizikách obmedzovacieho prostriedku. 16. Podľa § 9b ods. 16 zákona o zdravotnej starostlivosti, poskytovateľ ústavnej starostlivosti je povinný oznámiť použitie obmedzovacieho prostriedku a) ministerstvu zdravotníctva v rozsahu a termíne podľa osobitného predpisu, b) osobe, ktorú si pacient určil najneskôr do 24 hodín od použitia obmedzovacieho prostriedku; použitie sa neoznamuje, ak ide o použitie obmedzovacieho prostriedku pri poskytovaní ústavnej starostlivosti v rámci osobitného liečebného režimu v detenčnom ústave alebo v detenčnom ústave pre mladistvých, c) osobe uvedenej v § 6 ods. 1 písm. b) najneskôr do 24 hodín od použitia obmedzovacieho prostriedku, d) príslušnému súdu a prokurátorovi vykonávajúcemu dozor v zariadení podľa osobitného predpisu do 24 hodín v prípadoch, v ktorých je zrejmé, že použitie obmedzovacieho prostriedku presiahne 24 hodín; za ukončenie použitia obmedzovacieho prostriedku sa nepovažuje krátkodobé uvoľnenie pacienta na účely vykonania fyziologických potrieb a lekárskeho vyšetrenia. 17. Vykonávať lekárske úkony proti vôli pacienta by bolo v rozpore s lekárskou etikou, preto sa spravidla vyžaduje súhlas vopred. Za určitých okolností je možné robiť lekárske úkony a za tým účelom použiť obmedzovacie prostriedky voči pacientovi aj bez jeho súhlasu. Predpoklady pre takýto postup sú upravené v § 9b horeuvedeného zákona. Použitím obmedzovacích prostriedkov bez súhlasu pacienta je obmedzená jeho sloboda, ktorá patrí medzi základné práva a slobody zakotvené v Ústave Slovenskej republiky. Podľa ustanovení § 252 a nasl. CMP je daná právomoc súdu na kontrolu takéhoto obmedzenia slobody v rámci detenčného konania. 18. Zo zisteného skutkového stavu súd usúdil, že pre zlepšenie, resp. stabilizáciu zdravotného stavu A. B. bolo v čase jej prijatia na hospitalizáciu aj v čase preverovania nutné obmedzenie vo voľnom pohybe a v styku s vonkajším svetom, pretože v opačnom prípade sa nedá vylúčiť, že by pri danom psychickom stave mohla byť nebezpečná voči svojmu okoliu, ale aj k sebe a mohla by sa ohroziť na živote. Vzhľadom na uvedené zistenia súd dospel k záveru, že boli dané všetky predpoklady pre vydanie rozhodnutia, že obmedzenie umiestnenej vo voľnom pohybe a v jej styku s vonkajším svetom je prípustné. 19. Záverom súd zdôrazňuje, že použiť obmedzovací prostriedok je možné len na čas nevyhnutne potrebný na odstránenie priameho ohrozenia zdravia/života umiestnenej. Preto bezprostredne po zániku priameho ohrozenia je nutné obmedzovanie prostriedky odstrániť, prípadne po zlepšení stavu odvrátiť nebezpečné konanie pacienta použitím miernejších spôsobov zvládnutia situácie. Poučenie: Proti tomuto uzneseniu je prípustné odvolanie (§ 355 ods. 2 CSP v spojení s § 59 ods. 1 CMP) v lehote 15 dní odo dňa jeho doručenia, proti rozhodnutiu ktorého smeruje.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https://www.kauzis.sk/judikatura/r/ECLI:SK:OSPD:2025:3825203554.2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