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Prievidza sp. zn. 19Pc/21/2025 z 15. 12. 2025</w:t>
      </w:r>
    </w:p>
    <w:p>
      <w:r>
        <w:t>Rozsudok Okresného súdu Prievidza z 15. decembra 2025, sp. zn. 19Pc/21/2025, ECLI:SK:OSPD:2025:3825205306.2</w:t>
      </w:r>
    </w:p>
    <w:p>
      <w:r>
        <w:t>Súd: Okresný súd Prievidza</w:t>
      </w:r>
    </w:p>
    <w:p>
      <w:r>
        <w:t>Spisová značka: 19Pc/21/2025</w:t>
      </w:r>
    </w:p>
    <w:p>
      <w:r>
        <w:t>ECLI: ECLI:SK:OSPD:2025:3825205306.2</w:t>
      </w:r>
    </w:p>
    <w:p>
      <w:r>
        <w:t>Dátum vydania: 15. 12. 2025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19Pc/21/2025 3825205306 15. 12. 2025 JUDr. Ivana Macková ECLI:SK:OSPD:2025:3825205306.2</w:t>
      </w:r>
    </w:p>
    <w:p>
      <w:r>
        <w:t>ROZSUDOK V MENE SLOVENSKEJ REPUBLIKY Okresný súd Prievidza, sudkyňou JUDr. Ivanou Mackovou, v právnej veci navrhovateľa: mal. A. B., nar. X.X.XXXX, bytom B. XX/XX, C., zastúpený kolíznym opatrovníkom Úradom práce, sociálnych vecí a rodiny Prievidza, proti 1/ mužovi, ktorého otcovstvo má byť zapreté: D. B., nar. XX.X.XXXX, bytom E. E. XX/XX, C., a 2/ matke: F. B., nar. XX.X.XXXX, bytom B. XX/XX, C., o zapretie otcovstva, takto rozhodol: I. Súd určuje, že D. B., narodený XX.X.XXXX v Bojniciach, nie je otcom maloletého A. B., narodeného X.X.XXXX v Bojniciach, z matky F. B., G. E., narodenej XX.X.XXXX v Bojniciach. II.</w:t>
      </w:r>
    </w:p>
    <w:p>
      <w:r>
        <w:t>Žiaden z účastníkov n e m á nárok na náhradu trov konania. odôvodnenie:</w:t>
      </w:r>
    </w:p>
    <w:p>
      <w:r>
        <w:t>Podľa § 221 písm. a) Civilného sporového poriadku písomné vyhotovenie rozsudku neobsahuje odôvodnenie, keďže všetci účastníci sa po vyhlásení rozsudku na pojednávaní vzdali odvolania. Poučenie: Proti tomuto rozsudku nemožno podať odvolanie, pretože účastníci sa odvolania po vyhlásení rozsudku vzdali, čo potvrdili svojimi podpismi v zápisnici o pojednávaní.</w:t>
      </w:r>
    </w:p>
    <w:p/>
    <w:p>
      <w:r>
        <w:t>Zdroj: KAUZIS.SK – https://www.kauzis.sk/judikatura/r/ECLI:SK:OSPD:2025:3825205306.2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