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Prievidza sp. zn. 6P/67/2025 z 28. 11. 2025</w:t>
      </w:r>
    </w:p>
    <w:p>
      <w:r>
        <w:t>Rozsudok Okresného súdu Prievidza z 28. novembra 2025, sp. zn. 6P/67/2025, ECLI:SK:OSPD:2025:3825205376.2</w:t>
      </w:r>
    </w:p>
    <w:p>
      <w:r>
        <w:t>Súd: Okresný súd Prievidza</w:t>
      </w:r>
    </w:p>
    <w:p>
      <w:r>
        <w:t>Spisová značka: 6P/67/2025</w:t>
      </w:r>
    </w:p>
    <w:p>
      <w:r>
        <w:t>ECLI: ECLI:SK:OSPD:2025:3825205376.2</w:t>
      </w:r>
    </w:p>
    <w:p>
      <w:r>
        <w:t>Dátum vydania: 28. 11. 2025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6P/67/2025 3825205376 28. 11. 2025 JUDr. Miriam Kohútová, PhD. ECLI:SK:OSPD:2025:3825205376.2</w:t>
      </w:r>
    </w:p>
    <w:p>
      <w:r>
        <w:t>ROZSUDOK V MENE SLOVENSKEJ REPUBLIKY Okresný súd Prievidza, sudkyňou JUDr. Miriam Kohútovou, PhD., vo veci starostlivosti súdu o maloleté dieťa: A. B. C., nar. XX.XX.XXXX, t. č. v Centre pre deti a rodiny D., zastúpený poručníkom Mesto Prievidza, v konaní zastúpený kolíznym opatrovníkom Úradom práce, sociálnych vecí a rodiny v Prievidzi – OSV, dieťa rodičov: matka – pozbavená rodičovských práv a povinností k maloletému dieťaťu v plnom rozsahu a otec neuvedený, za účasti Okresnej prokuratúry Prievidza, o návrhu na nariadenie ústavnej starostlivosti, takto rozhodol: I. Súd n a r i a ď u j e nad maloletým A. B. C., nar. XX.XX.XXXX ústavnú starostlivosť, ktorá sa bude vykonávať v E. F. A. G. H. D., I. A., XXX/XX, XXX XX J.. II. Súd z r u š u j e neodkladné opatrenie nariadené uznesením Okresného súdu Prievidza č. k. 6P/12/2025 – 8 zo dňa 4.7.2025. III. Žiaden z účastníkov n e m á právo na náhradu trov konania. odôvodnenie: Podľa § 221 písm. a) CSP písomné vyhotovenie rozsudku neobsahuje odôvodnenie, keďže všetky strany sa po vyhlásení rozsudku na pojednávaní vzdali odvolania. Poučenie: Proti tomuto rozhodnutiu odvolanie nie je prípustné, pretože sa účastníci konania práva podať odvolanie výslovne vzdali po vyhlásení rozhodnutia (§ 368 CSP).</w:t>
      </w:r>
    </w:p>
    <w:p/>
    <w:p>
      <w:r>
        <w:t>Zdroj: KAUZIS.SK – https://www.kauzis.sk/judikatura/r/ECLI:SK:OSPD:2025:3825205376.2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