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9Pu/7/2025 z 4. 11. 2025</w:t>
      </w:r>
    </w:p>
    <w:p>
      <w:r>
        <w:t>Uznesenie Okresného súdu Prievidza z 4. novembra 2025, sp. zn. 9Pu/7/2025, ECLI:SK:OSPD:2025:3825205489.4</w:t>
      </w:r>
    </w:p>
    <w:p>
      <w:r>
        <w:t>Súd: Okresný súd Prievidza</w:t>
      </w:r>
    </w:p>
    <w:p>
      <w:r>
        <w:t>Spisová značka: 9Pu/7/2025</w:t>
      </w:r>
    </w:p>
    <w:p>
      <w:r>
        <w:t>ECLI: ECLI:SK:OSPD:2025:3825205489.4</w:t>
      </w:r>
    </w:p>
    <w:p>
      <w:r>
        <w:t>Dátum vydania: 4. 11.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9Pu/7/2025 3825205489 04. 11. 2025 JUDr. Beata Gešvantnerová ECLI:SK:OSPD:2025:3825205489.4</w:t>
      </w:r>
    </w:p>
    <w:p>
      <w:r>
        <w:t>Uznesenie Okresný súd Prievidza vo veci vyslovenia prípustnosti použitia obmedzovacích prostriedkov v zdravotníckom zariadení u umiestnenej: A. B., nar. XX.XX.XXXX, bytom C. XX/X, XXX XX B., t.č. umiestnená na psychiatrickom oddelení Nemocnice s poliklinikou Prievidza so sídlom v Bojniciach, v konaní zast. procesným opatrovníkom C. B., nar. XX.XX.XXXX, bytom C. XXX/XX, XXX XX B., takto rozhodol: Súd vyslovuje, že obmedzenie vo voľnom pohybe a styku s vonkajším svetom použitím obmedzovacieho prostriedku vo forme mechanického obmedzenia - použitie popruhov u A. B., nar. XX.XX.XXXX, v ústave zdravotníckej starostlivosti - Psychiatrické oddelenie NsP Prievidza so sídlom v Bojniciach odo dňa 30.10.2025 od 21.35 hod. do 3.11.2025 14.45 hod. bolo dôvodné. odôvodnenie: 1. Uznesením zo dňa 03.11.2025 začal súd konanie o vyslovenie prípustnosti obmedzenia vo voľnom pohybe a styku s vonkajším svetom umiestnenej A. B., nar. XX.XX.XXXX, hospitalizovanej na psychiatrickom oddelení Nemocnice s poliklinikou Prievidza so sídlom v Bojniciach. Psychiatrické oddelenie informovalo e-mailom dňa 31.10.2025 tunajší súd, že dňa 30.10.2025 o 21.35 hod. musel byť voči umiestnenej použitý obmedzovaní prostriedok - mechanické obmedzenie popruhy. 2. Konanie bolo začaté s poukazom na ustanovenie § 253 ods. 1, ods. 2 a 254 ods. 2 Civilného mimosporového poriadku v znení neskorších predpisov (ďalej len „CMP“) bez návrhu z úradnej povinnosti. V zmysle § 256 CMP ustanovil súd umiestnenej opatrovníka v osobe jej otca, ktorý s ustanovením súhlasil. 3. Z oznámenia zdravotníckeho zariadenia o použití obmedzovacieho prostriedku je zrejmé, že u umiestnenej bol dňa 30.10.2025 od 21.35 hod použitý obmedzovací prostriedok, druh: mechanické, typ: popruh. Dĺžka doby použitia obmedzovacích prostriedkov je 24 hod. a viac. Ukončenie použitia obmedzovacieho prostriedku bolo dňa 03.11.2025 o 14.45 hod. 5. Súd vykonal dokazovanie výsluchom ošetrujúceho lekára C. D. E., ktorá uviedla, že pacientka je schopná výsluchu, liečba na ňu nepôsobí tak, že by nebola schopná výsluchu, liečba netlmí jej schopnosť vnímania a je schopná vyjadriť sa a vnímať obsah toho, čo jej je hovorené. Aktuálne je jej podávaný Afluditen, Stilnox, Diazepam, Parnido, Haloperidol a Akineton. Nakoľko pacientka nie je plnoletá, súhlas s hospitalizáciou udelil jej zákonný zástupca. Pacientka sa dobrovoľne podrobovala liečebnému procesu. U pacientky je naplánovaný preklad do Martina, na psychiatrickom oddelení NsP Prievidza so sídlom v Bojniciach bude do 11.11.2025. Pacientka dňa 07.10.2025 mala dekompenzovaný stav a má suicidálne prejavy. Dňa 30.10.2025 na oddelení požila špendlík v suicidálnom úmysle, sebapoškodzovanie, škrabe sa po rukách a schizofrénia 3-4 roky. Na psychiatrií je hospitalizovaná druhýkrát, prvýkrát to bolo v januári 2025.</w:t>
      </w:r>
    </w:p>
    <w:p>
      <w:r>
        <w:t>6. Bola vypočutá posudzovaná A. B., ktorá súdu uviedla, že súhlasí s hospitalizáciou aj s pripútaním. Je pravda, že dňa 30.10.2025 zjedla špendlík, použitie obmedzovacích prostriedkov bolo dôvodné, odpútaná bola dňa 03.11.2025. 7. Bola vypočutá B. F. B., matka/zákonná zástupkyňa umiestnenej, ktorá uviedla, že dovolila použitie obmedzovacieho prostriedku z dôvodu zhoršenia zdravotného stavu jej dcéry. Sebapoškodzuje sa, hospitalizácia bola kvôli úzkostnému stavu, je na psychiatrii druhýkrát, bola už aj v Kremnici. 8. Podľa § 9b ods. 1, 2, 5, 6, 8, 11, 12, 16 zákona č. 576/2004 Z.z. o zdravotnej starostlivosti, službách súvisiacich s poskytovaním zdravotnej starostlivosti a o zmene a doplnení niektorých zákonov v platnom znení, (1) Pri poskytovaní ústavnej starostlivosti možno voči pacientovi použiť obmedzovací prostriedok len na čas nevyhnutne potrebný na odstránenie priameho ohrozenia. Obmedzovací prostriedok možno použiť, len ak sa nepodarilo odvrátiť nebezpečné konanie pacienta použitím miernejších spôsobov zvládnutia situácie najmä verbálnou deeskalačnou technikou. (2) Mechanické obmedzenie je použitie obmedzovacieho prostriedku na zabránenie voľného pohybu pacienta použitím ochranného pásu alebo popruhu. (5) Ak je nevyhnutné použiť obmedzovací prostriedok, podľa závažnosti klinického stavu pacienta sa zvolí najmiernejší spôsob použitia obmedzovacieho prostriedku na dosiahnutie účelu. Použitie obmedzovacieho prostriedku nesmie slúžiť na zľahčovanie poskytovania zdravotnej starostlivosti alebo na zvládnutie nepokoja pacienta, ktorý nevedie k agresívnemu správaniu, priamemu ohrozeniu života alebo zdravia pacienta alebo iných fyzických osôb alebo k ničeniu vecí. (6) Obmedzovací prostriedok možno použiť len spôsobom, ktorý neohrozí zdravie a bezpečnosť pacienta a v miere nevyhnutnej na dosiahnutie účelu s prihliadnutím na mieru ohrozenia a klinický stav pacienta. Pri použití obmedzovacieho prostriedku má pacient právo za podmienok ustanovených týmto zákonom na rešpektovanie ochrany svojej dôstojnosti a telesnej a psychickej integrity. (8) Použitie obmedzovacieho prostriedku nariaďuje lekár so špecializáciou v špecializačnom odbore a v prípade jeho nedostupnosti lekár v špecializačnej príprave v špecializačnom odbore podľa osobitného predpisu. Ak je potrebné obmedzovací prostriedok použiť neodkladne a nemožno zabezpečiť jeho nariadenie lekárom podľa prvej vety, použitie obmedzovacieho prostriedku môže nariadiť aj sestra; takto nariadené použitie obmedzovacieho prostriedku lekár podľa prvej vety bezodkladne posúdi a vyjadrí súhlas alebo nesúhlas s nariadením použitia obmedzovacieho prostriedku. Ak lekár vyjadrí nesúhlas s nariadením použitia obmedzovacieho prostriedku, upustí sa od použitia obmedzovacieho prostriedku. (11) Pacient obmedzený použitím obmedzovacieho prostriedku musí byť pravidelne kontrolovaný a pri každej kontrole musí byť prehodnotená nevyhnutnosť ďalšieho použitia obmedzovacieho prostriedku. (12) Zdravotnícky pracovník podľa odseku 9 je povinný pred použitím obmedzovacieho prostriedku a pri každej kontrole použitia obmedzovacieho prostriedku informovať pacienta o účele, povahe, následkoch a rizikách použitia obmedzovacieho prostriedku zrozumiteľne, primerane zdravotnému stavu pacienta. Lekár je povinný pacienta informovať o použití obmedzovacieho prostriedku po skončení použitia obmedzovacieho prostriedku v čase, kedy je pacient schopný vzhľadom na svoj zdravotný stav porozumieť informácii o účele, povahe, následkoch a rizikách obmedzovacieho prostriedku. (16) Poskytovateľ ústavnej starostlivosti je povinný oznámiť použitie obmedzovacieho prostriedku a) ministerstvu zdravotníctva v rozsahu a termíne podľa osobitného predpisu, b) osobe, ktorú si pacient určil najneskôr do 24 hodín od použitia obmedzovacieho prostriedku; použitie sa neoznamuje, ak ide o použitie obmedzovacieho prostriedku pri poskytovaní ústavnej starostlivosti v rámci osobitného liečebného režimu v detenčnom ústave alebo v detenčnom ústave pre mladistvých, c) osobe uvedenej v § 6 ods. 1 písm. b) najneskôr do 24 hodín od použitia obmedzovacieho prostriedku, d) príslušnému súdu a prokurátorovi vykonávajúcemu dozor v zariadení podľa osobitného predpisu do 24 hodín v prípadoch, v ktorých je zrejmé, že použitie obmedzovacieho prostriedku presiahne 24 hodín; za ukončenie použitia obmedzovacieho prostriedku sa nepovažuje krátkodobé uvoľnenie pacienta na účely vykonania fyziologických potrieb a lekárskeho vyšetrenia. 9. Podľa § 253 ods. 2 CMP, ak je umiestnený, ktorý bol prijatý do zdravotníckeho zariadenia s informovaným súhlasom, obmedzený vo voľnom pohybe alebo styku s vonkajším svetom, je toto zdravotnícke zariadenie povinné urobiť oznámenie podľa odseku 1 do 24 hodín od takého obmedzenia. 10. Podľa § 262 ods. 1 CMP, súd rozhodne o prípustnosti prevzatia do zdravotníckeho zariadenia uznesením bez nariadenia pojednávania.</w:t>
      </w:r>
    </w:p>
    <w:p>
      <w:r>
        <w:t>11. Podľa § 260 ods. 2 CMP, Výsluch umiestneného súd uskutoční spôsobom, ktorý je vhodný a primeraný s ohľadom na zdravotný stav. Ak je výsluch na ujmu zdravotného stavu, možno od výsluchu upustiť. Súd v takom prípade umiestneného vzhliadne. 12. Vykonávať lekárske úkony proti vôli pacienta by bolo v rozpore s lekárskou etikou, preto sa spravidla vyžaduje súhlas vopred. Za určitých okolností je možné robiť lekárske úkony a za tým účelom prevziať pacienta do ústavnej starostlivosti aj bez jeho súhlasu. Prevzatím do ústavnej starostlivosti bez súhlasu pacienta je obmedzená jeho sloboda, ktorá patrí medzi základné práva a slobody zakotvené v Ústave Slovenskej republiky. Podľa ustanovení § 252 a nasl. CMP je daná právomoc súdu na kontrolu takéhoto obmedzenia slobody v rámci detenčného konania. 13. Zo zisteného skutkového stavu súd usúdil, že pre zlepšenie, resp. stabilizáciu zdravotného stavu u A. B. bolo nutné jej obmedzenie vo voľnom pohybe a v styku s vonkajším svetom, pretože v opačnom prípade sa nedá vylúčiť, že by pri svojom aktuálnom psychickom stave mohla byť nebezpečná hlavne sebe. Vzhľadom na uvedené zistenia súd dospel k záveru, že boli dané všetky predpoklady pre vydanie rozhodnutia, že obmedzenie vo voľnom pohybe a styku s vonkajším svetom použitím obmedzovacieho prostriedku vo forme mechanického obmedzenia - použitie popruhov u umiestnenej bolo dôvodné. Poučenie: Proti tomuto uzneseniu je prípustné odvolanie (§ 355 ods. 2 CSP v spojení s § 59 ods. 1 CMP) v lehote 15 dní odo dňa jeho doručenia v troch vyhotoveniach na súde, proti rozhodnutiu ktorého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https://www.kauzis.sk/judikatura/r/ECLI:SK:OSPD:2025:3825205489.4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