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9Er/902/2016 z 22. 6. 2026</w:t>
      </w:r>
    </w:p>
    <w:p>
      <w:r>
        <w:t>Uznesenie Okresného súdu Prievidza z 22. júna 2026, sp. zn. 9Er/902/2016, ECLI:SK:OSPD:2026:3816204579.2</w:t>
      </w:r>
    </w:p>
    <w:p>
      <w:r>
        <w:t>Súd: Okresný súd Prievidza</w:t>
      </w:r>
    </w:p>
    <w:p>
      <w:r>
        <w:t>Spisová značka: 9Er/902/2016</w:t>
      </w:r>
    </w:p>
    <w:p>
      <w:r>
        <w:t>ECLI: ECLI:SK:OSPD:2026:3816204579.2</w:t>
      </w:r>
    </w:p>
    <w:p>
      <w:r>
        <w:t>Dátum vydania: 22. 6. 2026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9Er/902/2016 3816204579 22. 06. 2026 JUDr. Michaela Cicáková ECLI:SK:OSPD:2026:3816204579.2</w:t>
      </w:r>
    </w:p>
    <w:p>
      <w:r>
        <w:t>Uznesenie Okresný súd Prievidza v exekučnej veci oprávneného: Ústredie práce, sociálnych vecí a rodiny, Úrad práce, sociálnych vecí a rodiny v Prievidzi, IČO: 30794536, so sídlom Šumperská 1, 971 01 Prievidza, proti povinnému: A. B. predtým B., nar. XX.XX.XXXX, trvale bytom C. D. XXXX/X, XXX XX E., pre vymoženie istiny vo výške 119,49 eur s prísl., takto rozhodol: U r č u j e, že dňa 05.05.2021 došlo k zastaveniu exekúcie. odôvodnenie: 1. Návrhom doručeným súdnemu exekútorovi dňa 07.04.2016 sa oprávnený domáhal vykonania exekúcie proti povinnému pre vymoženie istiny vo výške 119,49 eur s prísl., na podklade exekučného titulu: rozhodnutia Úradu práce, sociálnych vecí a rodiny v Prievidzi č.k. PD1/OHNNVAŠSD/ SOC/2016/27102 018 KAN zo dňa 18.01.2016. Poverenie na vykonanie exekúcie bolo udelené súdnemu exekútorovi JUDr. Renému Matuškovi dňa 26.04.2016.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Nakoľko bol súd toho názoru, že v prípade predmetnej exekúcie došlo k splneniu podmienok na zastavenie podľa § 2 ods. 1 písm. a) zákona č. 233/2019 Z. z. o ukončení niektorých exekučných konaní a o zmene a doplnení niektorých zákonov, požiadal súdneho exekútor a o preverenie, či nedošlo k zastaveniu exekúcie podľa zákona č. 233/2019 Z.z. a v prípade úhrad, doložil aj jeho prehľad. 4. Súdny exekútor oznámil dňa 12.05.2026 a 20.05.2026 súdu, že exekučné konanie stále trvá. Upovedomenie o zastavení starej exekúcie nebolo vydané. Nebolo nič vymožené. 5.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</w:t>
      </w:r>
    </w:p>
    <w:p>
      <w:r>
        <w:t>6.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3 ods. 1 zákona č. 233/2019 Z.z. rozhodnou dobou je doba piatich rokov. Rozhodná doba plynie odo dňa doručenia prvotného poverenia na vykonanie exekúcie súdnemu exekútorovi (ďalej len „exekútor“), ak § 4 neustanovuje inak; na zmenu exekútora sa neprihliada. 8.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9.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10.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11. Ako vyplýva z exekučného titulu, predmetom vymáhania je náhrada za poskytnuté náhradné výživné podľa § 10 ods. 1 zákona č. 201/2008 Z.z. o náhradnom výživnom. Náhrada za poskytnuté náhradné výživné má povahu úhrady prislúchajúcej tomu, kto za iného plnil vyživovaciu povinnosť (§ 79 Zákona o rodine). Jedná sa o originárny regresný nárok, ktorý sám nemá povahu výživného. 12. Vedená exekúcia spĺňa zákonnú definíciu starej exekúcie, pretože bola začatá pred 1. aprílom 2017 a vedená podľa predpisov účinných do 31. marca 2017. Táto exekúcia bola zastavená podľa § 2 ods. 1 písm. a) zákona č. 233/2019 Z. z. z dôvodu, že uplynula rozhodná doba dňa 05.05.2021 ( v zmysle § 3 ods. 1 zákona č. 233/2019 Z.z., poverenie súdnemu exekútorovi bolo doručené dňa 05.05.2016 ) a nejde o starú exekúciu podľa odseku 2, pričom do dňa 04.05.2021 súd nerozhodol o zastavení exekúcie uznesením. Vedená exekúcia spĺňa zákonnú definíciu starej exekúcie, pretože bola začatá pred 1. aprílom 2017 a vedená podľa predpisov účinných do 31. marca 2017. 13. Súdny exekútor tak bol povinný vyhotoviť upovedomenie o zastavení starej exekúcie a toto zaslať oprávnenému do 120 dní od vzniku dôvodu na zastavenia exekúcie, čo bol dátum 05.05.2021. Poučenie: Proti tomuto uzneseniu odvolanie nie je prípustné. Proti tomuto uzneseniu je prípustná sťažnosť. Sťažnosť môže podať ten, v koho neprospech bolo uznesenie vydané v lehote 15 dní od doručenia uznesenia na súde, ktorý napadnuté uznesenie vydal.</w:t>
      </w:r>
    </w:p>
    <w:p>
      <w:r>
        <w:t>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 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https://www.kauzis.sk/judikatura/r/ECLI:SK:OSPD:2026:3816204579.2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