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3Nt/31/2025 z 25. 2. 2026</w:t>
      </w:r>
    </w:p>
    <w:p>
      <w:r>
        <w:t>Uznesenie Okresného súdu Prievidza z 25. februára 2026, sp. zn. 3Nt/31/2025, ECLI:SK:OSPD:2026:3825010980.2</w:t>
      </w:r>
    </w:p>
    <w:p>
      <w:r>
        <w:t>Súd: Okresný súd Prievidza</w:t>
      </w:r>
    </w:p>
    <w:p>
      <w:r>
        <w:t>Spisová značka: 3Nt/31/2025</w:t>
      </w:r>
    </w:p>
    <w:p>
      <w:r>
        <w:t>ECLI: ECLI:SK:OSPD:2026:3825010980.2</w:t>
      </w:r>
    </w:p>
    <w:p>
      <w:r>
        <w:t>Dátum vydania: 25. 2. 2026</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3Nt/31/2025 3825010980 25. 02. 2026 JUDr. Noema Turanovičová ECLI:SK:OSPD:2026:3825010980.2</w:t>
      </w:r>
    </w:p>
    <w:p>
      <w:r>
        <w:t>Uznesenie Okresný súd Prievidza samosudkyňou JUDr. Noemou Turanovičovou v trestnej veci proti odsúdenému A. B., na verejnom zasadnutí konanom dňa 25. februára 2026 vo veci rozhodnutia o návrhu odsúdeného na zmenu formy uloženého ochranného opatrenia, takto rozhodol: Podľa § 74 ods. 1 Trestného zákona s použitím § 446 ods. 1 Trestného poriadku súd mení u odsúdeného A. B., nar. XX.X.XXXX v C., okres Prievidza, trvale bytom D., B. XX, E. B., toho času bytom F., G. XX, ochranné protialkoholické liečenie ústavnou formou, ktoré mu bolo uložené rozsudkom Okresného súdu Prievidza sp. zn. 2T/68/2025 zo dňa 31.7.2025, právoplatným 31.7.2025, na ochranné protialkoholické liečenie ambulantnou formou. odôvodnenie: Podľa § 176 ods. 3 Trestného poriadku toto písomné vyhotovenie uznesenia neobsahuje odôvodnenie, pretože sa po jeho vyhlásení oprávnené procesné strany vzdali práva na podanie sťažnosti. Poučenie: 3Nt/31/2025 Podľa § 446 ods. 2 Trestného poriadku proti tomuto uzneseniu je možné podať sťažnosť do 3 (troch) pracovných dní od jeho oznámenia, prostredníctvom tunajšieho súdu na Krajský súd v Trenčíne. Sťažnosť má odkladný účinok.</w:t>
      </w:r>
    </w:p>
    <w:p/>
    <w:p>
      <w:r>
        <w:t>Zdroj: KAUZIS.SK – https://www.kauzis.sk/judikatura/r/ECLI:SK:OSPD:2026:3825010980.2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