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Prievidza sp. zn. 22Ps/11/2025 z 5. 3. 2026</w:t>
      </w:r>
    </w:p>
    <w:p>
      <w:r>
        <w:t>Opravné uznesenie Okresného súdu Prievidza z 5. marca 2026, sp. zn. 22Ps/11/2025, ECLI:SK:OSPD:2026:3825203371.2</w:t>
      </w:r>
    </w:p>
    <w:p>
      <w:r>
        <w:t>Súd: Okresný súd Prievidza</w:t>
      </w:r>
    </w:p>
    <w:p>
      <w:r>
        <w:t>Spisová značka: 22Ps/11/2025</w:t>
      </w:r>
    </w:p>
    <w:p>
      <w:r>
        <w:t>ECLI: ECLI:SK:OSPD:2026:3825203371.2</w:t>
      </w:r>
    </w:p>
    <w:p>
      <w:r>
        <w:t>Dátum vydania: 5. 3. 2026</w:t>
      </w:r>
    </w:p>
    <w:p>
      <w:r>
        <w:t>Forma: Opravné uznesenie</w:t>
      </w:r>
    </w:p>
    <w:p>
      <w:pPr>
        <w:pStyle w:val="Heading2"/>
      </w:pPr>
      <w:r>
        <w:t>Text rozhodnutia</w:t>
      </w:r>
    </w:p>
    <w:p>
      <w:r>
        <w:t>Súd: Spisová značka: Identifikačné číslo súdneho spisu: Dátum vydania rozhodnutia: Meno a priezvisko sudcu, VSÚ: ECLI:</w:t>
      </w:r>
    </w:p>
    <w:p>
      <w:r>
        <w:t>Okresný súd Prievidza 22Ps/11/2025 3825203371 05. 03. 2026 JUDr. Michaela Bebjaková ECLI:SK:OSPD:2026:3825203371.2</w:t>
      </w:r>
    </w:p>
    <w:p>
      <w:r>
        <w:t>Opravné uznesenie Okresný súd Prievidza v právnej veci osoby obmedzenej v spôsobilosti na právne úkony: A. B., nar. XX.XX.XXXX, trvale bytom C. D. XXXX/XXX, E., štátna občianka SR, zastúpená opatrovníkom: Mesto Topoľčany, Námestie M. R. Štefánika 1/1, Topoľčany, v konaní vedenom o zmene opatrovníka osoby obmedzenej v spôsobilosti na právne úkony, takto rozhodol: I. Uznesenie Okresného súdu Prievidza, sp. zn. 22Ps/11/2025-26 zo dňa 17.09.2025, právoplatného dňa 15.10.2025 s a, v časti výrokov VI. a VII., o p r a v u j e tak, že tieto správne znejú: "VI. Opatrovník j e p o v i n n ý zastupovať osobu čiastočne obmedzenú v spôsobilosti na právne úkony v rozsahu jej obmedzenia v spôsobilosti na právne úkony, a to konkrétne v rozhodovaní o možnosti odmietnuť zdravotnú starostlivosť. VII. Opatrovník j e p o v i n n ý riadne vykonávať funkciu a dbať na pokyn súdu a j e p o v i n n ý najmenej dvakrát ročne k 30.06. a k 31.12. podávať správu súdu o opatrovanej." II. V ostatných častiach zostáva uznesenie Okresného súdu Prievidza sp. zn. 22Ps/11/2025-26 zo dňa 17.09.2025 n e z m e n e n é. odôvodnenie: 1. Uznesením Okresného súdu Prievidza sp. zn. 22Ps/11/2025-26 zo dňa 17.09.2025, právoplatného dňa 15.10.2025 bol z funkcie opatrovníka osoby obmedzenej v spôsobilosti na právne úkony odvolaný F. G., nar. XX.XX.XXXX a súčasne bolo za opatrovníka osoby obmedzenej v spôsobilosti na právne úkony ustanovené Mesto Topoľčany. Zároveň bol novému opatrovníkovi vymedzený rozsah opatrovníckych práv a povinností s poukazom na rozsudok Okresného súdu Bánovce nad Bebravou č.k. 3Ps/8/2019-150 zo dňa 06.05.2021, právoplatným dňa 25.06.2021, ktorým bola p. A. B. čiastočne obmedzená v spôsobilosti na právne úkony. 2. Dňa 26.02.2026 Mesto Topoľčany písomne požiadalo o špecifikáciu rozsahu oprávnení a povinností opatrovníka. 3. Po preštudovaní spisového materiálu súd zistil zrejmé nesprávnosti v uznesení Okresného súdu Prievidza sp. zn. 22Ps/11/2025-26 zo dňa 17.09.2025, keď rozsah opatrovníckych práv a povinností nekorešpondoval s rozsudkom Okresného súdu Bánovce nad Bebravou č.k. 3Ps/8/2019-150 zo dňa 06.05.2021, právoplatným dňa 25.06.2021, ktorým boli vymedzené opatrovnícke práva a povinnosti v konaní o obmedzení v spôsobilosti na právne úkony p. A. B..</w:t>
      </w:r>
    </w:p>
    <w:p>
      <w:r>
        <w:t>4. Podľa § 2 odsek 1 zákona č. 161/2015 Z.z. Civilný mimosporový poriadok (ďalej len "C.m.p."), na konania podľa tohto zákona sa použijú ustanovenia Civilného sporového poriadku, ak tento zákon neustanovuje inak. 5. Podľa § 224 zákona č. 160/2015 Z. z. Civilný sporový poriadok (ďalej len "C.s.p."), súd kedykoľvek aj bez návrhu opraví v rozsudku chyby v písaní a počítaní, ako aj iné zrejmé nesprávnosti. O oprave súd vydá opravné uznesenie, ktoré doručí subjektom konania. 6. Vzhľadom na vyššie uvedené skutočnosti vydal súd toto opravné uznesenie, ktorým odstránil zrejmú nesprávnosť a vykonal opravu tak, ako to vyplýva z výroku tohto rozhodnutia. 7. V ostatných častiach ponechal súd, uznesenie Okresného súdu Prievidza sp. zn. 22Ps/11/2025-26 zo dňa 17.09.2025, nedotknuté. Poučenie: Proti tomuto uzneseniu m o ž n o podať odvolanie do 15 dní od jeho doručenia na Okresný súd Prievidza. [§ 355 ods. 2 C.s.p., § 357 písm. f)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w:t>
      </w:r>
    </w:p>
    <w:p>
      <w:r>
        <w:t>následok nesprávne rozhodnutie vo veci alebo d) ich odvolateľ bez svojej viny nemohol uplatniť v konaní pred súdom prvej inštancie.</w:t>
      </w:r>
    </w:p>
    <w:p/>
    <w:p>
      <w:r>
        <w:t>Zdroj: KAUZIS.SK – https://www.kauzis.sk/judikatura/r/ECLI:SK:OSPD:2026:3825203371.2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