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3Nt/14/2026 z 3. 8. 2026</w:t>
      </w:r>
    </w:p>
    <w:p>
      <w:r>
        <w:t>Uznesenie Okresného súdu Prievidza z 3. augusta 2026, sp. zn. 3Nt/14/2026, ECLI:SK:OSPD:2026:3826010486.2</w:t>
      </w:r>
    </w:p>
    <w:p>
      <w:r>
        <w:t>Súd: Okresný súd Prievidza</w:t>
      </w:r>
    </w:p>
    <w:p>
      <w:r>
        <w:t>Spisová značka: 3Nt/14/2026</w:t>
      </w:r>
    </w:p>
    <w:p>
      <w:r>
        <w:t>ECLI: ECLI:SK:OSPD:2026:3826010486.2</w:t>
      </w:r>
    </w:p>
    <w:p>
      <w:r>
        <w:t>Dátum vydania: 3. 8. 2026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3Nt/14/2026 3826010486 03. 08. 2026 JUDr. Noema Turanovičová ECLI:SK:OSPD:2026:3826010486.2</w:t>
      </w:r>
    </w:p>
    <w:p>
      <w:r>
        <w:t>Uznesenie 3Nt/14/2026 Okresný súd Prievidza samosudkyňou JUDr. Noemou Turanovičovou vo veci návrhu prokurátora Okresnej prokuratúry Prievidza sp. zn. 1Pv 248/25/3307 na uloženie ochranného opatrenia – ochranného psychiatrického liečenia ambulantnou formou A. A. na verejnom zasadnutí konanom dňa 3. augusta 2026 takto rozhodol: 3Nt/14/2026 Podľa § 73 ods. 1 Trestného zákona s použitím § 215 ods. 8 Trestného poriadku účinného od 15.3.2024 súd ukladá A. A., nar. X.X.XXXX v B., okres Prievidza, trvale bytom Prievidza, prechodne bytom C., C. XX/X, adresa na doručovanie písomnosti A. D. C., alebo Prievidza, E. F. XX/XX, G. sv. Vincenta, ochranné psychiatrické liečenie ambulantnou formou. odôvodnenie: 3Nt/14/2026 Podľa § 176 ods. 3 Trestného poriadku toto písomné vyhotovenie uznesenia neobsahuje odôvodnenie, pretože sa po jeho vyhlásení oprávnené procesné strany vzdali práva na podanie sťažnosti. Poučenie: 3Nt/14/2026 Proti tomuto uzneseniu je možné podať sťažnosť do 3 (troch) pracovných dní odo dňa oznámenia uznesenia, prostredníctvom tunajšieho súdu na Krajský súd v Trenčíne. Sťažnosť má odkladný účinok.</w:t>
      </w:r>
    </w:p>
    <w:p/>
    <w:p>
      <w:r>
        <w:t>Zdroj: KAUZIS.SK – https://www.kauzis.sk/judikatura/r/ECLI:SK:OSPD:2026:3826010486.2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