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20T/91/2026 z 28. 9. 2026</w:t>
      </w:r>
    </w:p>
    <w:p>
      <w:r>
        <w:t>Rozsudok Okresného súdu Prievidza z 28. septembra 2026, sp. zn. 20T/91/2026, ECLI:SK:OSPD:2026:3826010741.2</w:t>
      </w:r>
    </w:p>
    <w:p>
      <w:r>
        <w:t>Súd: Okresný súd Prievidza</w:t>
      </w:r>
    </w:p>
    <w:p>
      <w:r>
        <w:t>Spisová značka: 20T/91/2026</w:t>
      </w:r>
    </w:p>
    <w:p>
      <w:r>
        <w:t>ECLI: ECLI:SK:OSPD:2026:3826010741.2</w:t>
      </w:r>
    </w:p>
    <w:p>
      <w:r>
        <w:t>Dátum vydania: 28. 9.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20T/91/2026 3826010741 28. 09. 2026 Mgr. Alexandra Čerňanská Pindejová ECLI:SK:OSPD:2026:3826010741.2</w:t>
      </w:r>
    </w:p>
    <w:p>
      <w:r>
        <w:t>ROZSUDOK V MENE SLOVENSKEJ REPUBLIKY Okresný súd Prievidza v trestnej veci vedenej proti obvinenému A. B., nar. XX.XX.XXXX v C. D. C., trvale bytom C. D. C., E. D. XXX/XX, t.č. vo výkone väzby v Ústave na výkon trestu odňatia slobody a Ústave na výkon väzby Ilava, pre prečin nebezpečného vyhrážania podľa § 360 odsek 1, odsek 2 písmeno a), písmeno b) Trestného zákona s poukazom na § 138 písmeno d) Trestného zákona a § 139 odsek 1 písmeno c) Trestného zákona, samosudkyňou Mgr. Alexandrou Čerňanskou Pindejovou na verejnom zasadnutí konanom dňa 28. septembra 2026 v Bánovciach nad Bebravou, takto rozhodol: Podľa § 334 odsek 4 Trestného poriadku súd schvaľuje dohodu o vine a treste uzatvorenú medzi prokurátorom Okresnej prokuratúry Bánovce nad Bebravou a obvineným A. B., nar. XX.XX.XXXX zo dňa 02.09.2026, č.k. Pv 88/26/3301 - 40, čo potvrdzuje týmto rozsudkom: Obvinený A. B. D. XX.XX.XXXX F. C. D. C., trvale bytom C. D. C., E. D. XXX/XX, t.č. vo výkone väzby v Ústave na výkon trestu odňatia slobody a Ústave na výkon väzby Ilava je</w:t>
      </w:r>
    </w:p>
    <w:p>
      <w:r>
        <w:t>v i n n ý, ž e</w:t>
      </w:r>
    </w:p>
    <w:p>
      <w:r>
        <w:t>dňa 19.04.2026 v čase okolo 12:00 hod. v byte na ulici E. D. XXX/XX, C. D. C., v ktorom býva spoločne s poškodenou svojou sestrou G. B. k tejto pristúpil, dal jej facku otvorenou dlaňou na líce, následne ju oboma rukami chytil pod krk a začal poškodenú škrtiť, pričom sa jej vyhrážal slovami ,,...ak neodídeš z tohto bytu so svojimi deťmi, tak ťa zabijem...", čo u poškodenej vzbudilo dôvodnú obavu o jej život a zdravie, pričom nedošlo k takému zraneniu osôb, ktoré by si vyžiadalo lekárske ošetrenie, teda inému sa vyhrážal smrťou takým spôsobom, že to mohlo vzbudiť dôvodnú obavu a čin spáchal závažnejším spôsobom konania - násilím a súčasne na chránenej osobe - blízkej osobe - sestre, č í m s p á ch a l prečin nebezpečného vyhrážania podľa § 360 odsek 1, odsek 2 písmeno a), písmeno b) Trestného zákona s poukazom na § 138 písmeno d) Trestného zákona a § 139 odsek 1 písmeno c) Trestného zákona. Za</w:t>
      </w:r>
    </w:p>
    <w:p>
      <w:r>
        <w:t>to</w:t>
      </w:r>
    </w:p>
    <w:p>
      <w:r>
        <w:t>sa</w:t>
      </w:r>
    </w:p>
    <w:p>
      <w:r>
        <w:t>o d s u d z u j e:</w:t>
      </w:r>
    </w:p>
    <w:p>
      <w:r>
        <w:t>Podľa § 360 odsek 2 Trestného zákona, s použitím § 36 písmeno l) Trestného zákona,</w:t>
      </w:r>
    </w:p>
    <w:p>
      <w:r>
        <w:t>§ 37 písmeno m) Trestného zákona, § 38 odsek 2 Trestného zákona na trest odňatia slobody vo výmere 8 (osem) mesiacov nepodmienečne. Podľa § 48 odsek 2 písmeno b) Trestného zákona súd obvineného zaraďuje na výkon trestu odňatia slobody do ústavu na výkon trestu odňatia slobody so stredným stupňom stráženia. odôvodnenie: Dňa 04.09.2026 bol Okresnému súdu Prievidza doručený návrh prokurátora Okresnej prokuratúry Bánovce nad Bebravou na schválenie dohody o vine a treste pod č.k. Pv XX/XX/XXXX, ktorú dohodu uzatvoril prokurátor Okresnej prokuratúry Bánovce nad Bebravou s obvineným dňa 02.09.2026 v znení uvedenom vo výrokovej časti tohto rozsudku. Konanie o dohode o vine a treste začal prokurátor z dôvodu, že výsledky vyšetrovania dostatočne odôvodňovali záver, že predmetný skutok je trestným činom, spáchal ho obvinený, pričom obvinený sa k jeho spáchaniu priznal a dôkazy nasvedčujú pravdivosti jeho priznania. Samosudkyňa preskúmala obsah podaného predmetného návrhu na schválenie dohody o vine a treste, ako i obsah celého na vec sa vzťahujúceho spisového materiálu a v zmysle § 331 odsek 1 písmeno a) Trestného poriadku určila termín verejného zasadnutia, na ktorý bol predvedený obvinený, upovedomený obhajca obvineného, prokurátor Okresnej prokuratúry Bánovce nad Bebravou a poškodená osoba. Na verejnom zasadnutí po prednesení návrhu dohody o vine a treste prokurátorom, obvinený na všetky otázky samosudkyne uvedené v ustanovení § 333 odsek 3 písmeno a) až j) Trestného poriadku odpovedal: ,,Áno". Samosudkyňa opätovne preskúmala v zmysle § 331 odsek 1 Trestného poriadku predložený návrh dohody o vine a treste, ako aj pripojený vyšetrovací (trestný spis) Okresného riaditeľstva Policajného zboru v Bánovciach nad Bebravou ČVS: H./F., pričom nezistila žiadne závažné porušenia procesných predpisov, ani že by navrhovaná dohoda o vine a treste bola zrejme neprimeraná alebo nespravodlivá. Preto v zmysle § 334 odsek 4 Trestného poriadku predmetnú dohodu o vine a treste samosudkyňa schválila, čo potvrdila rozsudkom, ktorý verejne vyhlásila. Poučenie: Proti tomuto rozsudku nie je prípustné odvolanie ani dovolanie, okrem dovolania podľa § 371 odsek 1 písmeno c) Trestného poriadku alebo § 371 odsek 2 druhá veta Trestného poriadku. Rozsudok nadobúda právoplatnosť vyhlásením.</w:t>
      </w:r>
    </w:p>
    <w:p/>
    <w:p>
      <w:r>
        <w:t>Zdroj: KAUZIS.SK – https://www.kauzis.sk/judikatura/r/ECLI:SK:OSPD:2026:3826010741.2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