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29Pc/2/2026 z 21. 5. 2026</w:t>
      </w:r>
    </w:p>
    <w:p>
      <w:r>
        <w:t>Rozsudok Okresného súdu Prievidza z 21. mája 2026, sp. zn. 29Pc/2/2026, ECLI:SK:OSPD:2026:3826200233.2</w:t>
      </w:r>
    </w:p>
    <w:p>
      <w:r>
        <w:t>Súd: Okresný súd Prievidza</w:t>
      </w:r>
    </w:p>
    <w:p>
      <w:r>
        <w:t>Spisová značka: 29Pc/2/2026</w:t>
      </w:r>
    </w:p>
    <w:p>
      <w:r>
        <w:t>ECLI: ECLI:SK:OSPD:2026:3826200233.2</w:t>
      </w:r>
    </w:p>
    <w:p>
      <w:r>
        <w:t>Dátum vydania: 21.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29Pc/2/2026 3826200233 21. 05. 2026 JUDr. Peter Štefčík ECLI:SK:OSPD:2026:3826200233.2</w:t>
      </w:r>
    </w:p>
    <w:p>
      <w:r>
        <w:t>ROZSUDOK V MENE SLOVENSKEJ REPUBLIKY 29Pc/2/2026 Okresný súd Prievidza sudcom JUDr. Petrom Štefčíkom vo veci navrhovateľa A. B., nar. XX.XX.XXXX, bytom C., D. XXX/XX, v konaní zastúpeného CHARGE DAVOUÉ UJ s.r.o., so sídlom Trenčín, Vlárska 458, IČO: 47 253 894, proti manželke E. B., nar. XX.XX.XXXX, bytom C., D. XXX/XX, o rozvod manželstva, takto rozhodol: 29Pc/2/2026 I. Súd manželstvo navrhovateľa A. B., nar. XX.XX.XXXX a E. B., F. G., nar. XX.XX.XXXX, uzavreté dňa 28.02.2002 v Uhrovci, zapísané v knihe manželstiev matričného úradu Uhrovec vo zväzku 5, ročník 2002, na strane 65, pod poradovým číslom 1 rozvádza. II. Žiaden z účastníkov nemá nárok na náhradu trov konania. odôvodnenie: 29Pc/2/2026 (1) Navrhovateľ sa podaným návrhom zo dňa 14.01.2026 domáha rozvodu manželstva. Návrh odôvodnil v podstate tým, že manželstvo je trvalo a vážne rozvrátené a nie je nádej na obnovenie manželského spolužitia. Spolužitie má len formálny charakter. Manželstvo si neplní svoje funkcie. Majú rozdielne názory na základné otázky spoločného života a stratu vzájomnej úcty. Manžel má podozrenie z nevery manželky. Každý z manželov vedie v podstate samostatný život a nemožno od nich spravodlivo očakávať obnovenie manželského spolužitia. (2) Ako dôkazy označil v návrhu sobášny list a výsluch účastníkov. (3) Súd na prejednanie veci nariadil pojednávanie na 21.05.2026. Predvolal naň oboch manželov a právneho zástupcu navrhovateľa. Manželke navrhovateľa doručil návrh na začatie konania a umožnil jej vyjadriť sa k nemu. (4) Manželka navrhovateľa v písomnom vyjadrení doručenom súdu dňa 20.03.2026 súhlasila s rozvodom manželstva. Vzťahy medzi manželmi sú podľa nej narušené z dôvodu, že manžel nejavil záujem o rodinu a našiel si priateľku s ktorou udržiava mimomanželský vzťah. Nemožno očakávať obnovenie manželského spolužitia. Zároveň ospravedlnila svoju neúčasť na pojednávaní a súhlasila s prejednaním veci vo svojej neprítomnosti. (5) Súd na pojednávaní dňa 21.05.2026, ktoré sa uskutočnilo podľa § 180 zákona č. 160/2015 Z.z. Civilného sporového poriadku v znení neskorších predpisov (ďalej len „CSP“) v neprítomnosti manželky navrhovateľa (na pojednávanie bola riadne a včas predvolaná, pričom nežiadala z dôležitých dôvodov o jeho odročenie), vykonal dokazovanie listinným dôkazom a výsluchom navrhovateľa a vo veci samej rozhodol.</w:t>
      </w:r>
    </w:p>
    <w:p>
      <w:r>
        <w:t>(6) Z vykonaných dôkazov súd zistil, že účastníci uzavreli manželstvo dňa 28.02.2002 v Uhrovci, zapísané je v knihe manželstiev matričného úradu Uhrovec vo zväzku 5, ročník 2002, na strane 65 pod poradovým číslom 1 (sobášny list na čísle listu 5 spisu). (7) Navrhovateľ na pojednávaní uviedol, že už dvadsať rokov spolu nežijú intímne. Bývajú v spoločnej domácnosti. Manželka ho provokuje. On bude rád, ak po rozvode odíde. Manželstvo bolo funkčné asi tri roky. Zistil, že manželka si posielala intímne správy s inými mužmi. On bol v manželstve len kvôli dieťaťu. V súčasnosti iný vzťah nemá, obnovenie manželského spolužitia možné nie je. (8) Na takto zistený skutkový stav súd aplikoval nasledujúce právne predpisy: (9) Podľa § 1 ods. 2 zákona č. 36/2005 Z.z. o rodine v znení neskorších predpisov (ďalej len „ZR“) účelom manželstva je vytvoriť harmonické a trvalé životné spoločenstvo, ktoré zabezpečí riadnu výchovu detí. (10) Podľa § 18 ZR manželia sú si v manželstve rovní v právach a povinnostiach. Sú povinní žiť spolu, byť si verní, vzájomne rešpektovať svoju dôstojnosť, pomáhať si, starať sa spoločne o deti a vytvárať zdravé rodinné prostredie. (11) Podľa § 19 ods. 1 ZR o uspokojovanie potrieb rodiny založenej manželstvom sú povinní starať sa obidvaja manželia podľa svojich schopností, možností a majetkových pomerov. Uspokojovaním potrieb rodiny je aj osobná starostlivosť o deti a domácnosť. (12) Podľa § 22 ZR k zrušeniu manželstva rozvodom možno pristúpiť len v odôvodnených prípadoch. (13) Podľa § 23 ods. 1 až ods. 3 ZR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(14) Súd z vykonaného dokazovania zistil, že účastníci netvoria harmonické životné spoločenstvo. Maloleté deti nemajú, rodinu netvoria. Vzájomne si nepomáhajú. Intímne spolu nežijú. (15) Manželstvo je rovnocenným zväzkom muža a ženy, ktorého základným účelom a funkciou je vytvoriť harmonické životné spoločenstvo. Manželstvo účastníkov túto definíciu už dlhodobo nespĺňa. Vzťahy medzi nimi už nie sú v podstate žiadne a ani navrhovateľ, ani jeho manželka nepripustili, že by sa ich spolužitie mohlo obnoviť. Sú teda splnené podmienky uvedené v § 23 ods. 1 ZR pre rozvod manželstva. Medzi účastníkmi ani niet sporu o tom, že vzťahy medzi nimi sú vážne narušené a trvalo rozvrátené. Na záujem maloletých detí niet dôvodu prihliadať, keďže účastníci žiadne maloleté deti nemajú. (16) Príčinu rozvratu vzťahov účastníkov súd vidí v rozdielnosti ich pováh, názorov a záujmov. Hoci obaja manželia tvrdia, že ten druhý sa dopustil nevery, táto skutočnosť v konaní preukázaná nebola. Nič to však nemení na závere, že manželstvo účastníkov je trvalo a vážne rozvrátené a nie je nádej na jeho obnovenie. (17) Podľa § 52 zákona č. 161/2015 Z.z. Civilného mimosporového poriadku v znení neskorších predpisov (ďalej len „CMP“) žiaden z účastníkov nemá nárok na náhradu trov konania, ak tento zákon neustanovuje inak. (18) Podľa § 55 CMP súd môže náhradu trov konania priznať aj vtedy, ak je to s ohľadom na okolnosti prípadu spravodlivé. (19) Podľa § 57 CMP o povinnosti nahradiť trovy konania, ak nejde o trovy konania štátu, rozhoduje súd len na návrh. (20) O trovách konania súd rozhodol podľa § 52 a § 55 CMP. Keďže nebol zistený žiadny spravodlivý dôvod niektorému z účastníkov priznať nárok na ich náhradu, súd žiadnemu z účastníkov nárok na náhradu trov konania nepriznal. Poučenie: 29Pc/2/2026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https://www.kauzis.sk/judikatura/r/ECLI:SK:OSPD:2026:3826200233.2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