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18P/42/2026 z 23. 7. 2026</w:t>
      </w:r>
    </w:p>
    <w:p>
      <w:r>
        <w:t>Rozsudok Okresného súdu Prievidza z 23. júla 2026, sp. zn. 18P/42/2026, ECLI:SK:OSPD:2026:3826200470.4</w:t>
      </w:r>
    </w:p>
    <w:p>
      <w:r>
        <w:t>Súd: Okresný súd Prievidza</w:t>
      </w:r>
    </w:p>
    <w:p>
      <w:r>
        <w:t>Spisová značka: 18P/42/2026</w:t>
      </w:r>
    </w:p>
    <w:p>
      <w:r>
        <w:t>ECLI: ECLI:SK:OSPD:2026:3826200470.4</w:t>
      </w:r>
    </w:p>
    <w:p>
      <w:r>
        <w:t>Dátum vydania: 23. 7. 2026</w:t>
      </w:r>
    </w:p>
    <w:p>
      <w:r>
        <w:t>Forma: Rozsudok</w:t>
      </w:r>
    </w:p>
    <w:p>
      <w:r>
        <w:t>Oblasť práva: Rodinné právo,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18P/42/2026 3826200470 23. 07. 2026 JUDr. Zuzana Kotríková ECLI:SK:OSPD:2026:3826200470.4</w:t>
      </w:r>
    </w:p>
    <w:p>
      <w:r>
        <w:t>ROZSUDOK V MENE SLOVENSKEJ REPUBLIKY Okresný súd Prievidza sudkyňou JUDr. Zuzanou Kotríkovou v právnej veci manželky a navrhovateľky: A. B., C. D., nar. XX.XX.XXXX, trvale bytom E., F. F. XXX/XX, občan SR a manžela: C. B., nar. XX.XX.XXXX, trvale bytom G., H. I. J. XXXX/XX, t.č. bytom K. X, XXX XX L. A., občan SR, o rozvod manželstva a úpravu výkonu rodičovských práv a povinností na čas po rozvode k maloletému dieťaťu: 1/ M. B., nar. XX.XX.XXXX, v konaní zastúpený kolíznym opatrovníkom Úradom práce, sociálnych vecí a rodiny Prievidza, takto rozhodol: I. Súd manželstvo A. B., C. D., nar. XX.XX.XXXX a C. B., nar. XX.XX.XXXX , uzavreté dňa XX.XX.XXXX v E., zapísané v knihe manželstiev Matričného úradu E. vo zväzku 28, ročník XXXX, na strane 23, pod poradovým číslom 221 r o z v á d z a. II. Súd s c h v a ľ u j e dohodu A. B., C. D., nar. XX.XX.XXXX a C. B., nar. XX.XX.XXXX ako rodičov maloletého M., nar. XX.XX.XXXX o úprave výkonu práv a povinností rodičov k maloletému dieťaťu na čas po rozvode v nasledovnom znení: Maloleté dieťa M. B., nar. XX.XX.XXXX sa zveruje na čas po rozvode manželstva do osobnej starostlivosti matky. Zastupovať v bežných veciach a spravovať majetok maloletého budú obaja rodičia, každý samostatne. Otec maloletého dieťaťa sa zaväzuje platiť na výživu maloletého M. sumu 150,- Eur mesačne vždy vopred, najneskôr do posledného dňa predchádzajúceho mesiaca k rukám matky maloletého dieťaťa, počnúc právoplatnosťou rozsudku o rozvode manželstva. Styk otca s maloletým dieťaťom sa neupravuje. III. Účastníci n e m a j ú právo na náhradu trov konania. odôvodnenie: 1.Podľa § 2 zák.č. 161/2015 Z.z. Civilného mimosporového poriadku na konania podľa tohto zákona sa použijú ustanovenia Civilného sporového poriadku, ak tento zákon neustanovuje inak. 2. Podľa § 221 písm. a) zák.č. 160/2015 Z.z. Civilného sporového poriadku rozsudok odôvodnenie neobsahuje.</w:t>
      </w:r>
    </w:p>
    <w:p>
      <w:r>
        <w:t>Poučenie: Proti tomuto rozhodnutiu v časti schválenia rodičovskej dohody odvolanie rodičmi nie je prípustné /§ 122 CMP/ a kolízny opatrovník dieťaťa sa vzdal práva podať odvolanie voči tejto časti rozhodnutia, čo potvrdil svojim podpisom do súdnej zápisnice. V ostatných výrokoch je odvolanie prípustné, avšak účastníci sa vzdali práva podať odvolanie voči rozhodnutiu, čo potvrdili svojim podpisom do súdnej zápisnice /§ 368 CSP/.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 Podľa § 27 ods. l Zákona o rodine,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https://www.kauzis.sk/judikatura/r/ECLI:SK:OSPD:2026:3826200470.4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