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9Ps/7/2026 z 23. 6. 2026</w:t>
      </w:r>
    </w:p>
    <w:p>
      <w:r>
        <w:t>Uznesenie Okresného súdu Prievidza z 23. júna 2026, sp. zn. 9Ps/7/2026, ECLI:SK:OSPD:2026:3826201220.3</w:t>
      </w:r>
    </w:p>
    <w:p>
      <w:r>
        <w:t>Súd: Okresný súd Prievidza</w:t>
      </w:r>
    </w:p>
    <w:p>
      <w:r>
        <w:t>Spisová značka: 9Ps/7/2026</w:t>
      </w:r>
    </w:p>
    <w:p>
      <w:r>
        <w:t>ECLI: ECLI:SK:OSPD:2026:3826201220.3</w:t>
      </w:r>
    </w:p>
    <w:p>
      <w:r>
        <w:t>Dátum vydania: 23. 6.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9Ps/7/2026 3826201220 23. 06. 2026 JUDr. Beata Gešvantnerová ECLI:SK:OSPD:2026:3826201220.3</w:t>
      </w:r>
    </w:p>
    <w:p>
      <w:r>
        <w:t>Uznesenie Okresný súd Prievidza vo veci posudzovanej A. B., nar. XX.XX.XXXX, naposledy bytom A. XXX/X, XXX XX C., ktorá zomrela dňa XX.XX.XXXX, v konaní zastúpená D. E., nar. XX.XX.XXXX, bytom F. XXX/X, XXX XX C., o návrhu navrhovateľky E. G., nar. XX.XX.XXXX, bytom H.. I. XXX/XX, XXX XX C., zast. JUDr. Romanom Henčelom, advokátom so sídlom G. Švéniho 8, 971 01 Prievidza, za účasti Okresnej prokuratúry v Prievidzi, o obmedzenie spôsobilosti na právne úkony, takto rozhodol: I. Konanie z a s t a v u j e. II. Žiaden z účastníkov n e m á</w:t>
      </w:r>
    </w:p>
    <w:p>
      <w:r>
        <w:t>nárok na náhradu trov konania.</w:t>
      </w:r>
    </w:p>
    <w:p>
      <w:r>
        <w:t>III. Štátu sa náhrada trov konania n e p r i z n á v a. odôvodnenie: 1. Navrhovateľka sa návrhom podaným na Okresný súd Prievidza dňa 04.03.2026 domáhala obmedzenia spôsobilosti na právne úkony svojej matky A. B., nar. XX.XX.XXXX. 2. Podaním doručeným súdu dňa 16.06.2026 navrhovateľka oznámila, že posudzovaná dňa XX.XX.XXXX zomrela. K podaniu priložila úmrtný list posudzovanej. 3. Podľa § 2 ods. 1 CMP, na konania podľa tohto zákona sa použijú ustanovenia Civilného sporového poriadku, ak tento zákon neustanovuje inak. 4. Podľa § 161 ods. 1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61 CSP, procesnú subjektivitu má ten, kto má spôsobilosť na práva a povinnosti; inak len ten, komu ju zákon priznáva. 7. Podľa § 62 CSP, ak strana nemá procesnú subjektivitu, súd konanie zastaví. 8. Podľa § 63 ods. 1 CSP, ak strana zomrie počas konania skôr, ako sa konanie právoplatne skončí, súd posúdi podľa povahy sporu, či má konanie zastaviť, alebo či v ňom môže pokračovať. 9. Podľa § 7 ods. 1, ods. 2 veta prvá Občianskeho zákonníka, spôsobilosť fyzickej osoby mať práva a povinnosti vzniká narodením. Túto spôsobilosť má aj počaté dieťa, ak sa narodí živé. Smrťou táto spôsobilosť zanikne.</w:t>
      </w:r>
    </w:p>
    <w:p>
      <w:r>
        <w:t>10. Procesná subjektivita účastníka konania je jednou zo základných procesných podmienok, na splnenie ktorej prihliada súd kedykoľvek počas konania. Procesnú subjektivitu má ten, kto má spôsobilosť na práva a povinnosti, inak len ten, komu ju zákon priznáva. Spôsobilosť fyzických osôb mať práva a povinnosti a teda aj ich procesná subjektivita zaniká smrťou. Ak po začatí konania účastník stratí procesnú subjektivitu, súd postupuje podľa § 62 a § 63 Civilného sporového poriadku. Zastavenie konania prichádza do úvahy najmä vtedy, keď predmet konania je hmotnoprávne viazaný na osobu účastníka konania a neprechádza na právneho nástupcu. 11. Súd v predmetnom konaní konal o návrhu navrhovateľky na obmedzenie spôsobilosti na právne úkony posudzovanej A. B., ktorá po začatí konania, dňa XX.XX.XXXX zomrela, dôsledkom čoho stratila spôsobilosť byť účastníkom konania. Strata spôsobilosti byť účastníkom konania po začatí konania v konaní o obmedzenie spôsobilosti na právne úkony bráni tomu, aby súd v prejednávanej veci pokračoval, nakoľko konanie o obmedzenie spôsobilosti na právne úkony v súlade s ustanoveniami Civilného mimosporového poriadku je podmienené existenciou účastníka konania, o ktorého spôsobilosť v konaní ide. V danom prípade teda ide o taký nedostatok procesnej podmienky, ktorú nemožno odstrániť, a preto súd konanie zastavil. 12. Súd o trovách konania rozhodol v súlade s § 52 CMP podľa ktorého, žiaden z účastníkov nemá nárok na náhradu trov konania, ak tento zákon neustanovuje inak. 13. O nepriznaní náhrady trov konania štátu bolo rozhodnuté podľa § 251 CMP.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 (§363 CSP)</w:t>
      </w:r>
    </w:p>
    <w:p/>
    <w:p>
      <w:r>
        <w:t>Zdroj: KAUZIS.SK – https://www.kauzis.sk/judikatura/r/ECLI:SK:OSPD:2026:3826201220.3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