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18P/45/2026 z 6. 8. 2026</w:t>
      </w:r>
    </w:p>
    <w:p>
      <w:r>
        <w:t>Rozsudok Okresného súdu Prievidza z 6. augusta 2026, sp. zn. 18P/45/2026, ECLI:SK:OSPD:2026:3826202090.2</w:t>
      </w:r>
    </w:p>
    <w:p>
      <w:r>
        <w:t>Súd: Okresný súd Prievidza</w:t>
      </w:r>
    </w:p>
    <w:p>
      <w:r>
        <w:t>Spisová značka: 18P/45/2026</w:t>
      </w:r>
    </w:p>
    <w:p>
      <w:r>
        <w:t>ECLI: ECLI:SK:OSPD:2026:3826202090.2</w:t>
      </w:r>
    </w:p>
    <w:p>
      <w:r>
        <w:t>Dátum vydania: 6. 8.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18P/45/2026 3826202090 06. 08. 2026 JUDr. Michaela Bebjaková ECLI:SK:OSPD:2026:3826202090.2</w:t>
      </w:r>
    </w:p>
    <w:p>
      <w:r>
        <w:t>ROZSUDOK V MENE SLOVENSKEJ REPUBLIKY Okresný súd Prievidza, v konaní pred sudkyňou JUDr. Michaelou Bebjakovou, v právnej veci navrhovateľky: A. B. C., nar. XX.XX.XXXX, trvale bytom C. D. XXX/X, E., štátna občianka SR a druhého z manželov: A. B., nar. XX.XX.XXXX, trvale bytom F. G. XXX, štátny občan SR, o návrhu na rozvod manželstva takto rozhodol: I. Súd manželstvo navrhovateľky A. B. C., H. B., nar. XX.XX.XXXX v I., štátnej občianky SR a druhého z manželov A. B., nar. XX.XX.XXXX v I., štátneho občana SR, uzatvorené dňa XX.XX.XXXX v I., zapísané v knihe manželstiev Matričného úradu I., vo zväzku XX, ročník XXXX, na strane XXX, pod poradovým číslom XX, r o z v á d z a. II. Žiaden z účastníkov n e m á</w:t>
      </w:r>
    </w:p>
    <w:p>
      <w:r>
        <w:t>právo na náhradu trov konania. odôvodnenie:</w:t>
      </w:r>
    </w:p>
    <w:p>
      <w:r>
        <w:t>1. Podľa § 2 ods. 1, 2 zákona č. 161/2015 Z.z. Civilný mimosporový poriadok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Tento rozsudok bol vyhlásený na pojednávaní, za prítomnosti všetkých účastníkov konania alebo ich zástupcov, ktorí sa vzdali odvolania a vzhľadom na ust. § 221 písm. a) zákona č. 160/2015 Z. z. Civilný sporový poriadok ("C.s.p") písomné vyhotovenie rozsudku neobsahuje odôvodnenie. Poučenie: Proti rozsudku možno podať odvolanie v lehote 15 dní od doručenia tohto rozsudku na Okresnom súde Prievidza. Odvolanie je podané včas aj vtedy, ak bolo v lehote podané na príslušnom odvolacom súde. O odvolaní rozhoduje Krajský súd v Žiline. Odvolanie len proti odôvodneniu rozhodnutia nie je prípustné. Odvolanie môže podať účastník, v ktorého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Odvolacie dôvody možno meniť a dopĺňať až do rozhodnutia o odvolaní. Odvolanie možno odôvodniť len tým, že a) neboli splnené procesné podmienky,</w:t>
      </w:r>
    </w:p>
    <w:p>
      <w:r>
        <w:t>b) súd nesprávnym procesným postupom znemožnil účastníkovi, aby uskutočňoval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V odvolacom konaní možno uvádzať nové skutkové tvrdenia a predkladať nové dôkazné návrhy. Odvolanie nemôže podať ten, kto sa ho vzdal.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Manžel, ktorý prijal pri uzavretí manželstva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https://www.kauzis.sk/judikatura/r/ECLI:SK:OSPD:2026:3826202090.2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