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Prešov sp. zn. 3OdK/95/2026 z 23. 6. 2026</w:t>
      </w:r>
    </w:p>
    <w:p>
      <w:r>
        <w:t>Uznesenie Okresného súdu Prešov z 23. júna 2026, sp. zn. 3OdK/95/2026, ECLI:SK:OSPO:2026:8126205193.1</w:t>
      </w:r>
    </w:p>
    <w:p>
      <w:r>
        <w:t>Súd: Okresný súd Prešov</w:t>
      </w:r>
    </w:p>
    <w:p>
      <w:r>
        <w:t>Spisová značka: 3OdK/95/2026</w:t>
      </w:r>
    </w:p>
    <w:p>
      <w:r>
        <w:t>ECLI: ECLI:SK:OSPO:2026:8126205193.1</w:t>
      </w:r>
    </w:p>
    <w:p>
      <w:r>
        <w:t>Dátum vydania: 23. 6. 2026</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Okresný súd Prešov 3OdK/95/2026 8126205193 23. 06. 2026 JUDr. Jaroslav Kanderka ECLI:SK:OSPO:2026:8126205193.1</w:t>
      </w:r>
    </w:p>
    <w:p>
      <w:r>
        <w:t>Uznesenie Okresný súd Prešov v právnej veci navrhovateľa - dlžníka: A. B., nar. XX.XX.XXXX, trvale bytom XXX XX C. XX, zastúpený Centrom právnej pomoci – kancelária Svidník, Sovietskych hrdinov 102, 089 01 Svidník, o návrhu na vyhlásenie konkurzu na majetok dlžníka, takto rozhodol: I. vyhlasuje konkurz na majetok dlžníka: A. B., nar. XX.XX.XXXX, trvale bytom XXX XX C. XX, II. ustanovuje správcu: Ing. Dušan Kuruc, so sídlom kancelárie Osloboditeľov 5, 066 01 Humenné, značka správcu: S1595, III. vyzýva veriteľov dlžníka, aby prihlásili svoje pohľadávky, ktoré nie sú pohľadávkami proti podstate, v základnej prihlasovacej lehote 45 dní od vyhlásenia konkurzu u správcu. Ak veriteľ doručí správcovi prihlášku neskôr, na prihlášku sa prihliada, veriteľ však nemôže vykonávať hlasovacie právo. Prihláška sa podáva elektronicky do elektronickej schránky správcu prostredníctvom na to určeného elektronického formulára špecializovaného portálu a musí byť autorizovaná, inak sa na prihlášku neprihliada. Ak ide o zahraničného veriteľa podľa osobitného predpisu, prihláška sa podáva u správcu; na doručovanie sa primerane použije Civilný sporový poriadok. Ak ide o veriteľa, ktorý má obvyklý pobyt, bydlisko alebo registrované sídlo mimo územia členského štátu, prihlášku podáva rovnako ako zahraničný veriteľ podľa osobitného predpisu. Ak prihlášku podáva zástupca veriteľa, plnomocenstvo vyhotovené v listinnej podobe sa doručuje elektronicky tak, že sa prevedie do elektronickej podoby a pripojí sa k prihláške; ustanovenia osobitného predpisu o zaručenej konverzii sa nepoužijú. Ak plnomocenstvo vyhotovené v elektronickej podobe alebo plnomocenstvo podľa predchádzajúcej vety nie je pripojené k prihláške, na prihlášku sa neprihliada. Prihláška musí obsahovať základné náležitosti prihlášky, inak sa na prihlášku neprihliada. Základnými náležitosťami prihlášky sú: meno, priezvisko a bydlisko veriteľa, ak ide o fyzickú osobu, alebo obchodné meno, meno a priezvisko, ak sa odlišuje od obchodného mena, identifikačné číslo organizácie alebo iný identifikačný údaj a miesto podnikania veriteľa, ak ide o fyzickú osobu podnikateľa, alebo názov, identifikačné číslo organizácie alebo iný identifikačný údaj a sídlo veriteľa, ak ide o právnickú osobu, meno, priezvisko a bydlisko úpadcu, ak ide o fyzickú osobu, alebo obchodné meno, meno a priezvisko, ak sa odlišuje od obchodného mena, identifikačné číslo organizácie alebo iný identifikačný údaj a miesto podnikania úpadcu, ak ide o fyzickú osobu podnikateľa, alebo názov, identifikačné číslo organizácie alebo iný identifikačný údaj a sídlo úpadcu, ak ide o právnickú osobu, právny dôvod vzniku pohľadávky, poradie uspokojovania pohľadávky zo všeobecnej podstaty, celková suma pohľadávky. Podanie, ktorým bola uplatnená pohľadávka, ktorá sa v konkurze uplatňuje prihláškou, nemožno opraviť ani doplniť. IV. oddlžuje dlžníka tak, že dlžníka zbavuje všetkých dlhov, ktoré môžu byť uspokojené iba v tomto konkurze v rozsahu, v akom nebudú uspokojené v konkurze a dlhov, ktoré sú vylúčené z uspokojenia, V. začína hlavné insolvenčné konanie podľa článku 3 ods. 1 nariadenia Európskeho parlamentu a Rady (EÚ) 2015/848 z 20. mája 2015 o insolvenčnom konaní (prepracované znenie), VI. ukladá správcovi povinnosť bez zbytočného odkladu individuálne informovať o vyhlásení konkurzu na majetok dlžníka jeho známych veriteľov, ktorí majú svoj obvyklý pobyt, bydlisko alebo registrované</w:t>
      </w:r>
    </w:p>
    <w:p>
      <w:r>
        <w:t>sídlo v inom členskom štáte Európskej únie ako v Slovenskej republike, spôsobom v zmysle článku 54 nariadenia Európskeho parlamentu a Rady (EÚ) 2015/848 zo dňa 20. mája 2015 o insolvenčnom konaní (prepracované znenie), VII. u k l a d á správcovi do 60 dní od vyhlásenia konkurzu a následne vždy v lehote 15 dní od uplynutia ďalších šiestich kalendárnych mesiacov predložiť súdu podrobnú správu o priebehu konkurzu, najmä o zisťovaní majetku a vykonaných úkonoch smerujúcich k speňaženiu majetku patriaceho do konkurznej podstaty dlžníka, VIII. u k l a d á správcovi povinnosť oznámiť súdu bez zbytočného odkladu, že zverejnil v insolvenčnom registri oznámenie o ukončení konkurzu. IX. u k l a d á učtárni tunajšieho súdu, aby po právoplatnosti tohto uznesenia poukázala na účet správcu: Ing. Dušan Kuruc, so sídlom kancelárie Osloboditeľov 5, 066 01 Humenné, značka správcu: S1595, preddavok na úhradu paušálnej odmeny správcu vo výške 500,- EUR zložený na účet tunajšieho súdu pod D14 Preddavky v súdnom konaní (zálohy) položka 644/2026. odôvodnenie: 1. Dňa 08.06.2026 navrhovateľ - dlžník prostredníctvom Centra právnej pomoci podal na tunajší súd návrh na vyhlásenie konkurzu na jeho majetok. K návrhu na vyhlásenie konkurzu dlžník doložil životopis spolu s opisom jeho aktuálnej životnej situácie, zoznam spriaznených osôb, zoznam aktuálneho majetku a zoznam majetku väčšej hodnoty, ktorý vlastnil v posledných troch rokoch, zoznam veriteľov, vyhlásenie o platobnej neschopnosti a doklad nie starší ako 30 dní preukazujúci, že sa voči nemu vedie exekučné konanie alebo obdobné vykonávacie konanie, pričom od vydania poverenia na vykonanie exekúcie alebo od začatia obdobného vykonávacieho konania uplynul aspoň jeden rok. Zároveň bol uhradený preddavok na úhradu paušálnej odmeny a náhrady nevyhnutných nákladov spojených s výkonom správcovskej činnosti správcu vo výške 500,- EUR. 2. Podľa § 166 ods. 1 zákona č. 7/2005 Z. z. - o konkurze a reštrukturalizácii a o zmene a doplnení niektorých zákonov ( ďalej len „ZKR“ ), každý platobne neschopný dlžník, ktorý je fyzickou osobou, je oprávnený domáhať sa oddlženia konkurzom alebo splátkovým kalendárom podľa tejto časti zákona a to bez ohľadu na to, či má záväzky z podnikateľskej činnosti. 3. Podľa § 166 ods. 3 ZKR, dlžník je oprávnený podať návrh na vyhlásenie konkurzu alebo návrh na určenie splátkového kalendára iba vtedy, ak sa voči nemu vedie exekučné konanie alebo obdobné vykonávacie konanie; ak ide o návrh na vyhlásenie konkurzu, musí od vydania poverenia na vykonanie exekúcie alebo od začatia obdobného vykonávacieho konania uplynúť aspoň jeden rok. 4. Podľa § 166 ods. 4 ZKR, dlžník je povinný spolu s návrhom na vyhlásenie konkurzu alebo s návrhom na určenie splátkového kalendára vyhlásiť, že je platobne neschopný. 5. Podľa § 166k ZKR, pri podaní návrhu na vyhlásenie konkurzu alebo návrhu na určenie splátkového kalendára, až do ustanovenia správcu, musí byť dlžník zastúpený Centrom právnej pomoci alebo advokátom určeným Centrom právnej pomoci. Zastúpenie sa preukazuje rozhodnutím Centra právnej pomoci podľa osobitného predpisu. 6. Podľa § 167 ods. 1 ZKR, návrh na vyhlásenie konkurzu podľa tejto časti zákona je oprávnený podať dlžník, ktorý je fyzickou osobou. 7. Podľa § 167 ods. 2 ZKR, návrh na vyhlásenie konkurzu sa podáva elektronicky do elektronickej schránky súdu prostredníctvom na to určeného elektronického formulára špecializovaného portálu; návrh musí byť autorizovaný, inak sa naň neprihliada. Okrem všeobecných náležitostí návrhu podľa § 127 Civilného sporového poriadku návrh na vyhlásenie konkurzu obsahuje a) dlžníkov životopis spolu s opisom jeho aktuálnej životnej situácie, b) zoznam osôb spriaznených s dlžníkom,</w:t>
      </w:r>
    </w:p>
    <w:p>
      <w:r>
        <w:t>c) zoznam aktuálneho majetku a zoznam majetku väčšej hodnoty, ktorý vlastnil v posledných troch rokoch, d) zoznam veriteľov, e) vyhlásenie dlžníka o platobnej neschopnosti, f) doklad nie starší ako 30 dní preukazujúci vedenie exekučného konania alebo obdobného vykonávacieho konania podľa § 166 ods. 3. 8. Podľa § 167a ods. 1 ZKR, súd najneskôr do 15 dní od doručenia návrhu na vyhlásenie konkurzu vyhlási konkurz, ustanoví správcu a vyzve veriteľov, aby prihlásili svoje pohľadávky, ak zistí, že a) návrh podala oprávnená osoba, b) návrh spĺňa zákonom ustanovené náležitosti, c) dlžník je v súlade s týmto zákonom riadne zastúpený, d) dlžník je platobne neschopný; súd vychádza z vyhlásenia dlžníka, ibaže existuje dôvodná pochybnosť o jeho pravdivosti, e) nebráni tomu v minulosti vyhlásený konkurz alebo určený splátkový kalendár, f) bol zložený preddavok na úhradu paušálnej odmeny správcu Centrom právnej pomoci; preddavok súd bez zbytočného odkladu po vyhlásení konkurzu poukáže na účet správcu alebo ho vráti zložiteľovi, ak súd konkurz nevyhlási. 9. Podľa § 167a ods. 3 ZKR, vyhlásením konkurzu sa začína konkurz. Konkurz je vyhlásený zverejnením uznesenia o vyhlásení konkurzu v insolvenčnom registri. 10. Podľa § 166j ods. 1 ZKR, správcu ustanovuje súd na základe náhodného výberu pomocou technických a programových prostriedkov schválených ministerstvom. Ak je však vyhlásený konkurz alebo sa vedie konanie o určení splátkového kalendára ohľadom manžela dlžníka a táto okolnosť vyplýva z návrhu na vyhlásenie konkurzu alebo návrhu na určenie splátkového kalendára, súd druhému z manželov ustanoví totožného správcu. Správcu súd odvolá, ak opakovane alebo závažne porušil svoje povinnosti alebo mu vo výkone funkcie bráni zákonná prekážka. Ustanovenie § 42 ods. 6 sa použije rovnako. 11. Podľa § 166j ods. 4 ZKR, súd je oprávnený požadovať od správcu vysvetlenia alebo správy o priebehu konania, ktoré je správca povinný súdu v určenej lehote poskytnúť. 12. Podľa § 166e ods. 1 ZKR, o oddlžení rozhodne súd v uznesení o vyhlásení konkurzu alebo v uznesení o určení splátkového kalendára tak, že dlžníka zbavuje všetkých dlhov, ktoré môžu byť uspokojené iba v konkurze alebo splátkovým kalendárom ( § 166a ) v rozsahu, v akom nebudú uspokojené v konkurze alebo splátkovým kalendárom. V uznesení súd uvedie znenia zákonných ustanovení, ktoré upravujú, o ktoré dlhy ide. 13. Podľa § 166e ods. 2 ZKR, oddlžením sa pohľadávky, ktoré môžu byť uspokojené iba v konkurze alebo splátkovým kalendárom ( § 166a ), bez ohľadu na to, či boli alebo neboli prihlásené, stávajú voči dlžníkovi nevymáhateľné v rozsahu, v ktorom ho súd zbavil dlhov. 14. Podľa § 166e ods. 3 ZKR, pohľadávka, ktorá sa v dôsledku oddlženia stala voči dlžníkovi nevymáhateľná, je aj naďalej vymáhateľná voči ručiteľovi alebo inej osobe, ktorá pohľadávku voči dlžníkovi zabezpečuje. 15. Podľa § 166a ods. 1 ZKR, ak tento zákon neustanovuje inak (§ 166b a 166c), len v konkurze alebo splátkovým kalendárom môžu byť uspokojené tieto pohľadávky: a) pohľadávka, ktorá vznikla pred kalendárnym mesiacom, v ktorom bol vyhlásený konkurz alebo poskytnutá ochrana pred veriteľmi (ďalej len „rozhodujúci deň“), b) budúca pohľadávka ručiteľa, spoludlžníka alebo inej osoby, ktorej vznikne pohľadávka voči dlžníkovi, ak bude za neho plniť záväzok, ktorý vznikol pred rozhodujúcim dňom, c) pohľadávka, ktorá vznikne v súvislosti s vypovedaním zmluvy alebo odstúpením od zmluvy (§ 167d), ak ide o zmluvu uzatvorenú pred vyhlásením konkurzu, d) pohľadávka zo zmenky, ak bola podpísaná dlžníkom pred rozhodujúcim dňom. 16. Podľa § 166a ods. 2 ZKR, pohľadávky podľa odseku 1 sa v konkurze uplatňujú prihláškou.</w:t>
      </w:r>
    </w:p>
    <w:p>
      <w:r>
        <w:t>17. Podľa § 166b ods. 1 ZKR, za nevymáhateľné voči dlžníkovi v prípade oddlženia sa považuje a) príslušenstvo pohľadávky, ktoré presahuje 5 % istiny pohľadávky za každý kalendárny rok existencie pohľadávky, na ktoré vznikol nárok pred rozhodujúcim dňom; za obdobie kratšie ako kalendárny rok zostáva vymáhateľná alikvotná časť príslušenstva, b) príslušenstvo pohľadávky, na ktoré vznikol nárok v rozhodujúci deň a po rozhodujúcom dni; to neplatí pre pohľadávku z úveru na bývanie, ibaže bola prihlásená do konkurzu, c) zmluvné pokuty a iné súkromnoprávne alebo verejnoprávne peňažné sankcie, kde povinnosť, ktorá zakladá právo uplatniť alebo uložiť takúto pokutu alebo sankciu, bola porušená pred rozhodujúcim dňom, d) peňažné pohľadávky, ktoré patria alebo patrili osobe spriaznenej s dlžníkom a vznikli pred rozhodujúcim dňom, e) trovy účastníkov konania, ktoré im vznikli v súvislosti s účasťou v konkurznom konaní alebo v konaní o určení splátkového kalendára. 18. Podľa § 166b ods. 2 ZKR, nevymáhateľnosť podľa odseku 1 sa nevzťahuje na oddlžením nedotknuté pohľadávky. 19. Podľa § 166c ods. 1 ZKR, oddlžením sú nedotknuté tieto pohľadávky: a) pohľadávka veriteľa – fyzickej osoby, ktorú nenadobudol postúpením, prevodom alebo prechodom s výnimkou dedenia, ak takáto pohľadávka nebola prihlásená v konkurze z dôvodu, že veriteľ nebol správcom písomne upovedomený, že bol vyhlásený konkurz; ustanovenie § 166b ods. 1 písm. a) a b) tým nie je dotknuté, b) pohľadávka z právnej pomoci poskytnutej dlžníkovi Centrom právnej pomoci v súvislosti s konaním o oddlžení, c) zabezpečená pohľadávka v rozsahu, v ktorom je krytá hodnotou predmetu zabezpečovacieho práva; ustanovenie § 166b ods. 1 písm. a) a b) tým nie je dotknuté, d) pohľadávka zo zodpovednosti za škodu spôsobenú na zdraví alebo spôsobenú úmyselným konaním vrátane príslušenstva takejto pohľadávky, e) pohľadávka dieťaťa na výživné vrátane príslušenstva takejto pohľadávky, f) pracovnoprávne nároky zamestnancov dlžníka voči dlžníkovi, g) peňažný trest podľa Trestného zákona, h) nepeňažná pohľadávka. 20. Podľa § 166c ods. 2 ZKR, ak sa zabezpečená pohľadávka v konkurze neprihlási, zabezpečený veriteľ je oprávnený domáhať sa uspokojenia zabezpečenej pohľadávky iba z predmetu zabezpečovacieho práva, ibaže bolo oddlženie zrušené pre nepoctivý zámer dlžníka. 21. Podľa § 166c ods. 3 ZKR, oddlžením nedotknuté pohľadávky možno v konkurze uplatniť prihláškou. 22. Podľa § 197 ods. 7 ZKR, v uznesení o vyhlásení konkurzu, v uznesení o povolení reštrukturalizácie alebo v uznesení o poskytnutí ochrany pred veriteľmi súd vo výroku určí medzinárodnú právomoc súdu podľa osobitného predpisu a uloží správcovi povinnosti podľa osobitného predpisu. 23. Podľa § 7a vyhlášky Ministerstva spravodlivosti SR č. 665/2005 Z. z. ktorou sa vykonávajú niektoré ustanovenia zákona č. 7/2005 Z. z. o konkurze a reštrukturalizácii a o zmene a doplnení niektorých zákonov, preddavok na úhradu paušálnej odmeny a náhrada nevyhnutných nákladov spojených s výkonom správcovskej činnosti správcu v konaniach o oddlžení je 500 eur. 24. Súd preskúmal predložený návrh na vyhlásenie konkurzu v zmysle uvedených zákonných ustanovení a zistil, že návrh spĺňa všetky náležitosti návrhu na vyhlásenie konkurzu ustanovené v § 167 ods. 2 ZKR a zároveň že sú splnené podmienky v zmysle § 167a ods. 1 na vyhlásenie konkurzu a preto vyhlásil konkurz na majetok dlžníka, ustanovil správcu na základe náhodného výberu pomocou technických a programových prostriedkov schválených ministerstvom a vyzval veriteľov, aby si prihlásili svoje pohľadávky. Súd taktiež uložil správcovi predkladať súdu podrobné správy o priebehu konkurzu. 25. Súd zároveň v tomto uznesení rozhodol o oddlžení dlžníka v zmysle § 166e ods. 1 ZKR a to tak, že zbavil dlžníka všetkých dlhov, ktoré môžu byť uspokojené iba v konkurze v rozsahu, v akom nebudú uspokojené v konkurze a dlhov, ktoré sú vylúčené z uspokojenia. Oddlžením sa pohľadávky, ktoré môžu</w:t>
      </w:r>
    </w:p>
    <w:p>
      <w:r>
        <w:t>byť uspokojené iba v konkurze, bez ohľadu na to, či boli alebo neboli prihlásené, stávajú voči dlžníkovi nevymáhateľné v rozsahu, v ktorom ho súd zbavil dlhov. 26. V súlade s článkom 54 nariadenia Európskeho parlamentu a Rady (EÚ) 2015/848 zo dňa 20. mája 2015 o insolvenčnom konaní (prepracované znenie) súd správcovi uložil povinnosť bez zbytočného odkladu individuálne informovať o vyhlásení konkurzu na majetok dlžníka jeho známych veriteľov, ktorí majú svoj obvyklý pobyt, bydlisko alebo registrované sídlo v inom členskom štáte Európskej únie ako v Slovenskej republike. 27. Nakoľko týmto uznesením došlo k vyhláseniu konkurz na majetok dlžníka, súd rozhodol aj o poukázaní preddavku na účet správcu podľa § 167a ods. 1 písm. f) ZKR. Poučenie: Proti tomuto uzneseniu nie je prípustné odvolanie. Vyhlásením konkurzu sa začína konkurz. Konkurz je vyhlásený zverejnením uznesenia o vyhlásení konkurzu v insolvenčnom registri. (§ 167a ods. 3 ZKR). Ak tento zákon neustanovuje inak, za deň doručenia súdneho rozhodnutia alebo inej písomnosti sa považuje nasledujúci deň po zverejnení súdneho rozhodnutia alebo inej súdnej písomnosti v insolvenčnom registri. Rovnako písomnosti, ktoré sa podľa tohto zákona zverejňujú v insolvenčnom registri, sa považujú na účely tohto zákona za zverejnené nasledujúci deň po ich zverejnení v insolvenčnom registri. (§ 199 ods. 7 ZKR ). Podľa § 52 Civilného sporového poriadku (ďalej len CSP) účastník má právo uplatniť námietku zaujatosti z dôvodov podľa § 49 CSP najneskôr do uplynutia lehoty na prihlasovanie pohľadávok. Na námietky doručené neskôr súd neprihliada (§ 197 ods. 6 ZKR). Podľa § 166f ods. 1 až 6 ZKR, veriteľ, ktorý bol dotknutý oddlžením, má právo domáhať sa zrušenia oddlženia návrhom na zrušenie oddlženia podaným voči dlžníkovi alebo jeho dedičom do šiestich rokov od vyhlásenia konkurzu alebo určenia splátkového kalendára na súde, ktorý rozhodol o oddlžení, ak preukáže, že dlžník nemal pri oddlžení poctivý zámer. Ak je takýchto návrhov viac, súd ich spojí na spoločné konanie. Vo veci samej rozhoduje súd rozsudkom. Právoplatné rozhodnutie o zrušení oddlženia je účinné voči všetkým. Iné rozhodnutie o návrhu na zrušenie oddlženia nie je prekážkou, aby sa rozhodovalo o novom návrhu na zrušenie oddlženia, ak je podaný iným veriteľom alebo sú tu nové dôkazy, ktoré poctivý zámer dlžníka vylučujú. Ak navrhovateľ na tom trvá, súd v prípade smrti dlžníka pokračuje v konaní s dedičmi, inak konanie zastaví. Zrušením oddlženia sa oddlženie stáva voči všetkým veriteľom neúčinné. Pohľadávkam sa v plnom rozsahu, v ktorom ešte neboli uspokojené, obnovuje pôvodná vymáhateľnosť aj splatnosť. Takéto pohľadávky sa nepremlčia skôr ako uplynie desať rokov od zrušenia oddlženia. Právoplatné rozhodnutie o zrušení oddlženia je rozhodnutím o vylúčení podľa § 13a Obchodného zákonníka. Súd, ktorý rozhodol o oddlžení na podnet prokurátora, zruší takéto oddlženie, ak zistí, že dlžník nemal pri oddlžení poctivý zámer. Takéto konanie možno začať do šiestich rokov od vyhlásenia konkurzu alebo určenia splátkového kalendára. Podľa § 166g ods.1 – 6 ZKR, dlžník má poctivý zámer, ak z jeho správania po podaní návrhu možno usudzovať, že vynaložil úprimnú snahu riešiť svoj dlh v medziach svojich možností a schopností, najmä ak poskytoval správcovi a veriteľom potrebnú súčinnosť, vynaložil snahu získať zamestnanie, zamestnal sa alebo si zabezpečil iný zdroj príjmov, pokračoval vo výkone podnikateľskej činnosti alebo inej obdobnej činnosti alebo začal podnikať, v prípade nie nepatrného dedenia, daru alebo výhry zo stávky alebo hry ponúkol aspoň polovicu takéhoto zdroja dobrovoľne veriteľom na uspokojenie nevymáhateľného dlhu, prípadne vynaložil snahu o zaradenie sa do spoločnosti alebo sa do spoločnosti opätovne zaradil. Dlžník nemá poctivý zámer najmä, ak a) v zozname majetku ani na dopyt správcu neuviedol časť svojho majetku, aj keď o ňom vedel alebo s prihliadnutím na okolnosti musel vedieť; na majetok nepatrnej hodnoty sa neprihliada,</w:t>
      </w:r>
    </w:p>
    <w:p>
      <w:r>
        <w:t>b) v zozname veriteľov ani na dopyt správcu neuviedol veriteľa fyzickú osobu, v čoho dôsledku veriteľ neprihlásil svoju pohľadávku, aj keď o ňom vedel alebo s prihliadnutím na okolnosti musel vedieť; na drobných veriteľov sa neprihliada, c) v návrhu alebo v prílohe návrhu alebo na dopyt správcu uviedol nepravdivú dôležitú informáciu alebo neuviedol dôležitú informáciu, aj keď vedel alebo s prihliadnutím na okolnosti musel vedieť, že ide o dôležitú informáciu, d) bez vážneho dôvodu neposkytol správcovi potrebnú súčinnosť, ktorú možno od neho spravodlivo vyžadovať, e) zo správania sa dlžníka pred podaním návrhu možno usudzovať, že sa úmyselne priviedol do platobnej neschopnosti, aby bol oprávnený podať návrh, f) v čase podania návrhu dlžník nebol platobne neschopný, aj keď o tom vedel alebo s prihliadnutím na okolnosti musel vedieť, g) zo správania sa dlžníka pred podaním návrhu možno usudzovať, že pri preberaní záväzkov sa spoliehal na to, že svoje dlhy bude riešiť konkurzom alebo splátkovým kalendárom, h) zo správania sa dlžníka pred podaním návrhu možno usudzovať, že mal snahu poškodiť svojho veriteľa alebo zvýhodniť niektorého veriteľa, i) bez vážneho dôvodu riadne a včas neplní súdom určený splátkový kalendár, j) bez vážneho dôvodu riadne a včas neplní výživné pre dieťa, na ktoré vznikol nárok po rozhodujúcom dni; tohto dôvodu sa môže dovolávať iba dieťa alebo zákonný zástupca dieťaťa, k) bez vážneho dôvodu riadne a včas neplní povinnosť vrátiť Centru právnej pomoci hodnotu poskytnutého preddavku na úhradu paušálnej odmeny správcu; tohto dôvodu sa môže dovolávať iba Centrum právnej pomoci alebo poverená osoba podľa osobitného predpisu, l) dlžník sa domáhal zbavenia dlhov napriek tomu, že na území Slovenskej republiky nemal v čase podania návrhu centrum hlavných záujmov. Súd prihliada prísnejšie na skutočnosti ovplyvňujúce poctivý zámer u dlžníka, ktorý v minulosti mal alebo stále má významnejší majetok, má skúsenosti s podnikaním, pôsobí alebo pôsobil ako vedúci zamestnanec alebo pôsobí alebo pôsobil v orgánoch právnickej osoby alebo má iné osobitné životné skúsenosti. Súd prihliada miernejšie na skutočnosti ovplyvňujúce poctivý zámer u dlžníka, ktorý dosiahol iba základné vzdelanie, je v dôchodkovom veku alebo blízko takéhoto veku, má vážne zdravotné problémy, na čas alebo trvalo stratil obydlie alebo ho v živote postihla iná udalosť, ktorá mu sťažila uplatnenie v spoločnosti. Poctivý zámer dlžníka súd skúma iba v konaní o návrhu na zrušenie oddlženia pre nepoctivý zámer. V konkurznom konaní ani v konaní o určení splátkového kalendára súd poctivý zámer dlžníka neskúma.</w:t>
      </w:r>
    </w:p>
    <w:p/>
    <w:p>
      <w:r>
        <w:t>Zdroj: KAUZIS.SK – https://www.kauzis.sk/judikatura/r/ECLI:SK:OSPO:2026:8126205193.1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