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27P/43/2023 z 29. 5. 2024</w:t>
      </w:r>
    </w:p>
    <w:p>
      <w:r>
        <w:t>Uznesenie Okresného súdu Poprad z 29. mája 2024, sp. zn. 27P/43/2023, ECLI:SK:OSPP:2024:8723210843.3</w:t>
      </w:r>
    </w:p>
    <w:p>
      <w:r>
        <w:t>Súd: Okresný súd Poprad</w:t>
      </w:r>
    </w:p>
    <w:p>
      <w:r>
        <w:t>Spisová značka: 27P/43/2023</w:t>
      </w:r>
    </w:p>
    <w:p>
      <w:r>
        <w:t>ECLI: ECLI:SK:OSPP:2024:8723210843.3</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27P/43/2023 8723210843 29. 05. 2024 JUDr. Monika Heldáková ECLI:SK:OSPP:2024:8723210843.3</w:t>
      </w:r>
    </w:p>
    <w:p>
      <w:r>
        <w:t>Uznesenie Okresný súd Poprad v právnej veci manželky: A. B., C. B., nar. XX.XX.XXXX, trvale bytom D. XX, XXX XX E., t. č. F. G. XXX, H., I. a manžela: J. B., nar. XX.XX.XXXX, trvale bytom D. XX, XXX XX E., t. č. F. G. XXX, H., I., na návrh manželky o rozvod manželstva a úpravu výkonu rodičovských práv a povinností na čas po rozvode k maloletým deťom, t a k t o rozhodol: I. Konanie z a s t a v u j e. II. Žiaden z účastníkov n e m á n á r o k na náhradu trov konania. III. U p r a v u j e s a prevádzkovateľ systému evidencie, aby po právoplatnosti tohto uznesenia, vrátil manželke 66,-eur z titulu zaplateného súdneho poplatku za podaný návrh. odôvodnenie: Návrhom podaným dňa 23.08.2023 sa manželka domáhala rozvodu manželstva. 2. Dňa 23.05.2024 vzal manželka návrh späť a navrhla konanie zastaviť. 3. Podľa § 29 ods. 1 zákona č. 161/2015 Z. z. Civilného mimosporového poriadku v znení neskorších predpisov (ďalej len ,,CMP“) navrhovateľ môže počas konania zobrať návrh na začatie konania späť, a to celkom alebo sčasti. Ak je návrh vzatý späť celkom, súd konanie zastaví. Ak je návrh vzatý späť sčasti, súd konanie v tejto časti zastaví. 4. Podľa § 95 CMP ak navrhovateľ vzal návrh späť, súd konanie nezastaví, ak druhý manžel so späťvzatím návrhu nesúhlasí. Súhlas druhého manžela sa nevyžaduje, kým mu návrh na rozvod manželstva nebol doručený. 5. Keďže návrh na rozvod manželstva nebol ešte manželovi doručený, jeho súhlas so späťvzatím návrhu sa s poukazom na ust. § 95 CMP nevyžaduje. Vzhľadom na charakter konania, prihliadnuc na späťvzatie návrhu manželkou dospel súd k záveru, že sú splnené podmienky v zmysle citovaných ustanovení, a preto konanie zastavil (výrok I.). 6. Podľa § 58 ods. 1 CMP o nároku na náhradu a o výške trov konania rozhoduje súd v rozhodnutí, ktorým sa konanie končí. 7. Podľa § 57 CMP o povinnosti nahradiť trovy konania, ak nejde o trovy konania štátu, rozhoduje súd len na návrh. 8. Podľa § 52 CMP žiaden z účastníkov nemá nárok na náhradu trov konania, ak tento zákon neustanovuje inak.</w:t>
      </w:r>
    </w:p>
    <w:p>
      <w:r>
        <w:t>9. O trovách konania súd rozhodol v zmysle citovaných ustanovení tak, že žiadnemu z účastníkov konania nepriznal nárok na náhradu trov konania, nakoľko si náhradu trov konania účastníci neuplatnili (II. výrok). 10. Podľa položky 7 písm. a) Sadzobníka súdnych poplatkov, ktorý tvorí prílohu zákona č. 71/1992 Zb. o súdnych poplatkoch a poplatku za výpis z registra trestov v znení neskorších predpisov (ďalej len „zákon o súdnych poplatkoch“) výška súdneho poplatku z návrhu na začatie konania o rozvod manželstva je 66 eur. 11. Podľa § 11 ods. 3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13. Keďže došlo k zastaveniu konania pred prvým pojednávaním, súd rozhodol o vrátení súdneho poplatku manželke a uložil prevádzkovateľovi systému povinnosť vrátiť manželke v zmysle § 11 ods. 4 zákona o súdnych poplatkoch poplatok vo výške 66,-eur. Poučenie: Proti výroku I. a II. tohto uznesenia možno podať odvolanie do 15 dní odo dňa jeho doručenia prostredníctvom Okresného súdu Poprad, na Krajský súd v Prešove. Proti výroku III. tohto uznesenia nie je prípustné odvolanie.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https://www.kauzis.sk/judikatura/r/ECLI:SK:OSPP:2024:8723210843.3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