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5T/53/2024 z 17. 9. 2024</w:t>
      </w:r>
    </w:p>
    <w:p>
      <w:r>
        <w:t>Rozsudok Okresného súdu Poprad z 17. septembra 2024, sp. zn. 5T/53/2024, ECLI:SK:OSPP:2024:8724010898.2</w:t>
      </w:r>
    </w:p>
    <w:p>
      <w:r>
        <w:t>Súd: Okresný súd Poprad</w:t>
      </w:r>
    </w:p>
    <w:p>
      <w:r>
        <w:t>Spisová značka: 5T/53/2024</w:t>
      </w:r>
    </w:p>
    <w:p>
      <w:r>
        <w:t>ECLI: ECLI:SK:OSPP:2024:8724010898.2</w:t>
      </w:r>
    </w:p>
    <w:p>
      <w:r>
        <w:t>Dátum vydania: 17.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5T/53/2024 8724010898 17. 09. 2024 JUDr. Mária Petrušková ECLI:SK:OSPP:2024:8724010898.2</w:t>
      </w:r>
    </w:p>
    <w:p>
      <w:r>
        <w:t>ROZSUDOK V MENE SLOVENSKEJ REPUBLIKY Okresný súd Poprad samosudca JUDr. Mária Petrušková, v trestnej veci obžalovaného A. B. C., na hlavnom pojednávaní konanom dňa 17. septembra 2024, takto rozhodol: Obžalovaný: A. B. C. - nar. X.X.XXXX v D., trvale bytom E.F., G. H. I. XXXX/X, t. č. vo výkone väzby v ÚVV a ÚVTOS Prešov sa</w:t>
      </w:r>
    </w:p>
    <w:p>
      <w:r>
        <w:t>uznáva</w:t>
      </w:r>
    </w:p>
    <w:p>
      <w:r>
        <w:t>za vinného</w:t>
      </w:r>
    </w:p>
    <w:p>
      <w:r>
        <w:t>- z pokračovacieho zločinu neoprávnenej výroby a obchodovania s omamnou látkou a psychotropnou látkou podľa § 173 ods. 1, ods. 3 písm. a/, písm. e/ Trestného zákona, účinného od 6.8.2024, s poukazom na § 138 písm. j/ Trestného zákona, pretože -od presne nezisteného dňa, si v rôznych časových intervaloch zadovažoval od doposiaľ nestotožnených osôb v Prešovskom kraji a inde zakaždým rôzne, presne nezistené množstvo sušiny rastliny rodu Cannabis, pričom v presne nezistený deň v mesiaci máj 2023 v meste Havířov, Česká republika kúpil od osôb s menami Tony a Alex 100 gramov sušiny rastliny rodu Cannabis za cenu 6,- eur za gram sušiny, ktorú následne prepravil na územie Slovenskej republiky do miesta svojho trvalého bydliska, následne dňa 15.12.2023 v meste Havířov, Česká republika, kúpil od osôb s menami Tony a Alex 300 gramov sušiny rastliny rodu Cannabis za cenu 5,- eur za gram sušiny, túto následne prepravil na územie Slovenskej republiky, kde ju prechovával spolu so sušinou rastliny rodu Cannabis, ktorú si zabezpečil jednak kúpou v mesiaci máj 2023 v Havířove a taktiež neznámym spôsobom a v neznámom čase, pričom takto zabezpečenú sušinu rastliny rodu Cannabis následne prechovával až do dňa 19.12.2023 vo svojom rodinnom dome nachádzajúcom sa na parcele CKN č. 556/2, LV XXXX a k nej náležiacej garáži nachádzajúcej sa na parcele CKN č. 556/1, LV XXXX v Poprade – F., G. H. I. XXXX/X, ďalej v kancelárii č. 521 na 4. poschodí Okresného riaditeľstva Policajného zboru v Poprade na ul. B. I.X vo svojej plechovej skrini a taktiež vo svojom motorovom vozidle zn. Škoda Octavia, e.č. E. XXX J. striebornej metalízy, pričom takto zabezpečenú sušinu rastliny rodu Cannabis odpredával v nepravidelných intervaloch a v rôznych množstvách osobám K. L., B. K. a M. N. za cenu 10,- eur za gram sušiny, pričom dňa 19.12.2023 v čase o 10:30 hod. v E. O. G. B. I.X za budovou Okresného riaditeľstva Policajného zboru v Poprade, po predchádzajúcom telefonickom dohovore s K. L. nasadol do svojho motorového vozidla zn. Škoda Octavia, e.č. E. XXX J. striebornej metalízy na miesto vodiča, kde na zadné sedadlá nastúpili B. K. a K. L., pričom K. L. po predchádzajúcej dohode dal B. C. finančnú hotovosť vo výške 100,-eur, ktorý mu za to dal sáčok s obsahom sušiny rastliny rodu Cannabis, túto si K. L. odložil do svojej sklenenej fľaše a následne vložil do svojho ruksaku sivej farby, pričom zo záverov znaleckého skúmania KEÚ Bratislava vyplýva, že sa jednalo o vrcholky rastliny konope (Cannabis) o celkovej hmotnosti 9,21 g,</w:t>
      </w:r>
    </w:p>
    <w:p>
      <w:r>
        <w:t>pričom hmotnosť fajčiteľného materiálu bola 8,53 g (8 530 mg) s priemerným 21,8 % obsahom THC (tetrahydrokanabinolu) - účinnej látky rastliny konope (Cannabis), čo zodpovedá 62 až 171 bežným jednotlivým dávkam drogy, ktoré sú schopné ovplyvniť psychiku užívateľa (konzumenta), pričom pri následnej prehliadke osobného motorového vozidla zn. Škoda Octavia, e.č. E. XXX J. striebornej metalízy, kancelárie č. 521 na 4. poschodí Okresného riaditeľstva Policajného zboru v Poprade na ul. B. I.X a rodinného domu, nachádzajúceho sa na parcele CKN č. 556/2, LV XXXX a k nej náležiacej garáži nachádzajúcej sa na parcele CKN č. 556/1, LV XXXX v Poprade – F., G. H. I. XXXX/X bola zaistená v rôznych obaloch, vreckách a nádobách sušina rastliny rodu Cannabis patriaca obvinenému, ktorá bola podrobená znaleckému skúmaniu, pričom z jeho záverov vyplýva, že ide o: - sušinu rastliny konope (Cannabis) o celkovej hmotnosti 7,07 g, pričom hmotnosť fajčiteľného materiálu bola 6,68 g (6 680 mg) s priemerným 13,9 % obsahom THC (tetrahydrokanabinolu) - účinnej látky rastliny konope (Cannabis), kde predložené množstvo konope s hmotnosťou fajčiteľného materiálu 6,68 g (6 680 mg) s priemernou koncentráciou 13,9 % hmotnostných THC (obsahujúce 902 mg THC), čo zodpovedá najmenej 30 až 90 bežným jednotlivým dávkam drogy, ktoré sú schopné ovplyvniť psychiku užívateľa (konzumenta), - sušinu rastliny konope (Cannabis) o celkovej hmotnosti 0,91 g, pričom hmotnosť fajčiteľného materiálu bola 0,83 g (830 mg) s priemerným 13 % obsahom THC (tetrahydrokanabinolu) - účinnej látky rastliny konope (Cannabis), kde predložené množstvo konope s hmotnosťou fajčiteľného materiálu 0,83 g (830 mg) s priemernou koncentráciou 13 % hmotnostných THC (obsahujúce 108 mg THC), čo zodpovedá najmenej 4 až 11 bežným jednotlivým dávkam drogy, ktoré sú schopné ovplyvniť psychiku užívateľa (konzumenta), - sušinu rastliny konope (Cannabis) o celkovej hmotnosti 0,71 g (710 mg) s priemerným 8,8 % obsahom THC (tetrahydrokanabinolu) - účinnej látky rastliny konope (Cannabis), kde predložené množstvo konope s hmotnosťou fajčiteľného materiálu 0,71 g (710 mg) s priemernou koncentráciou 8,8 % hmotnostných THC (obsahujúce 62 mg THC), čo zodpovedá najmenej 2 až 6 bežným jednotlivým dávkam drogy, ktoré sú schopné ovplyvniť psychiku užívateľa (konzumenta), - sušinu rastliny konope (Cannabis) o celkovej hmotnosti 0,10 g (100 mg) s priemerným 14,6 % obsahom THC (tetrahydrokanabinolu) - účinnej látky rastliny konope (Cannabis), kde predložené množstvo konope s hmotnosťou fajčiteľného materiálu 0,10 g (100 mg) s priemernou koncentráciou 14,6 % hmotnostných THC (obsahujúce 15 mg THC), čo zodpovedá 1 bežnej jednotlivej dávke drogy, ktorá je schopná ovplyvniť psychiku užívateľa (konzumenta), - sušinu rastliny konope (Cannabis) o celkovej hmotnosti 1,76 g (1 760 mg) s priemerným 3,3 % obsahom THC (tetrahydrokanabinolu) - účinnej látky rastliny konope (Cannabis), kde predložené množstvo konope s hmotnosťou fajčiteľného materiálu 1,76 g (1 760 mg) s priemernou koncentráciou 3,3 % hmotnostných THC (obsahujúce 58 mg THC), čo zodpovedá najmenej 4 až 6 bežným jednotlivým dávkam drogy, ktoré sú schopné ovplyvniť psychiku užívateľa (konzumenta), - sušinu rastliny konope (Cannabis) o celkovej hmotnosti 0,83 g, pričom hmotnosť fajčiteľného materiálu bola 0,58 g (580 mg) s priemerným 12 % obsahom THC (tetrahydrokanabinolu) - účinnej látky rastliny konope (Cannabis), kde predložené množstvo konope s hmotnosťou fajčiteľného materiálu 0,58 g (580 mg) s priemernou koncentráciou 12 % hmotnostných THC (obsahujúce 70 mg THC), čo zodpovedá najmenej 2 až 7 bežným jednotlivým dávkam drogy, ktoré sú schopné ovplyvniť psychiku užívateľa (konzumenta), - sušinu rastliny konope (Cannabis) o celkovej hmotnosti 0,94 g (940 mg) s priemerným 10,2 % obsahom THC (tetrahydrokanabinolu) - účinnej látky rastliny konope (Cannabis), kde predložené množstvo konope s hmotnosťou fajčiteľného materiálu 0,94 g (940 mg) s priemernou koncentráciou 10,2 % hmotnostných THC (obsahujúce 96 mg THC), čo zodpovedá najmenej 3 až 10 bežným jednotlivým dávkam drogy, ktoré sú schopné ovplyvniť psychiku užívateľa (konzumenta), - sušinu rastliny konope (Cannabis) o celkovej hmotnosti 0,62 g (620 mg) s priemerným 17,1 % obsahom THC (tetrahydrokanabinolu) - účinnej látky rastliny konope (Cannabis), kde predložené množstvo konope s hmotnosťou fajčiteľného materiálu 0,62 g (620 mg) s priemernou koncentráciou 17,1 % hmotnostných THC (obsahujúce 106 mg THC), čo zodpovedá najmenej 4 až 11 bežným jednotlivým dávkam drogy, ktoré sú schopné ovplyvniť psychiku užívateľa (konzumenta), - sušinu rastliny konope (Cannabis) o celkovej hmotnosti 0,67 g (670 mg) s priemerným 14,2 % obsahom THC (tetrahydrokanabinolu) - účinnej látky rastliny konope (Cannabis), kde predložené množstvo konope s hmotnosťou fajčiteľného materiálu 0,67 g (670 mg) s priemernou koncentráciou 14,2 % hmotnostných THC (obsahujúce 95 mg THC), čo zodpovedá najmenej 3 až 10 bežným jednotlivým dávkam drogy, ktoré sú schopné ovplyvniť psychiku užívateľa (konzumenta),</w:t>
      </w:r>
    </w:p>
    <w:p>
      <w:r>
        <w:t>- sušinu rastliny konope (Cannabis) o celkovej hmotnosti 3,81 g, pričom hmotnosť fajčiteľného materiálu bola 2,77 g (2770 mg) s priemerným 6,4 % obsahom THC (tetrahydrokanabinolu) - účinnej látky rastliny konope (Cannabis), kde predložené množstvo konope s hmotnosťou fajčiteľného materiálu 2,77 g (2770 mg) s priemernou koncentráciou 6,4 % hmotnostných THC (obsahujúce 177 mg THC), čo zodpovedá najmenej 6 až 18 bežným jednotlivým dávkam drogy, ktoré sú schopné ovplyvniť psychiku užívateľa (konzumenta), - sušinu rastliny konope (Cannabis) o celkovej hmotnosti 82,38 g, pričom hmotnosť fajčiteľného materiálu bola 59,53 g (59 530 mg) s priemerným 9,4 % obsahom THC (tetrahydrokanabinolu) - účinnej látky rastliny konope (Cannabis), kde predložené množstvo konope s hmotnosťou fajčiteľného materiálu 59,53 g (59 530 mg) s priemernou koncentráciou 9,4 % hmotnostných THC (obsahujúce 5 596 mg THC), čo zodpovedá najmenej 186 až 560 bežným jednotlivým dávkam drogy, ktoré sú schopné ovplyvniť psychiku užívateľa (konzumenta), - sušinu rastliny konope (Cannabis) o celkovej hmotnosti 12,68 g, pričom hmotnosť fajčiteľného materiálu bola 10,72 g (10 720 mg) s priemerným 8,1 % obsahom THC (tetrahydrokanabinolu) - účinnej látky rastliny konope (Cannabis), kde predložené množstvo konope s hmotnosťou fajčiteľného materiálu 10,72 g (10 720 mg) s priemernou koncentráciou 8,1 % hmotnostných THC (obsahujúce 868 mg THC), čo zodpovedá najmenej 29 až 87 bežným jednotlivým dávkam drogy, ktoré sú schopné ovplyvniť psychiku užívateľa (konzumenta), - sušinu rastliny konope (Cannabis) o celkovej hmotnosti 9,23 g (9 230 mg) s priemerným 14,8 % obsahom THC (tetrahydrokanabinolu) - účinnej látky rastliny konope (Cannabis), kde predložené množstvo konope s hmotnosťou fajčiteľného materiálu 9,23 g (9 230 mg) s priemernou koncentráciou 14,8 % hmotnostných THC (obsahujúce 1 366 mg THC), čo zodpovedá najmenej 46 až 137 bežným jednotlivým dávkam drogy, ktoré sú schopné ovplyvniť psychiku užívateľa (konzumenta), - sušinu rastliny konope (Cannabis) o celkovej hmotnosti 7,97 g, pričom hmotnosť fajčiteľného materiálu bola 7,41 g (7 410 mg) s priemerným 14,6 % obsahom THC (tetrahydrokanabinolu) - účinnej látky rastliny konope (Cannabis), kde predložené množstvo konope s hmotnosťou fajčiteľného materiálu 7,41 g (7 410 mg) s priemernou koncentráciou 14,6 % hmotnostných THC (obsahujúce 1 082 mg THC), čo zodpovedá najmenej 36 až 108 bežným jednotlivým dávkam drogy, ktoré sú schopné ovplyvniť psychiku užívateľa (konzumenta), - sušinu rastliny konope (Cannabis) o celkovej hmotnosti 1,60 g (1 600 mg) s priemerným 4,0 % obsahom THC (tetrahydrokanabinolu) - účinnej látky rastliny konope (Cannabis), kde predložené množstvo konope s hmotnosťou fajčiteľného materiálu 1,60 g (1 600 mg) s priemernou koncentráciou 4,0 % hmotnostných THC (obsahujúce 64 mg THC), čo zodpovedá najmenej 3 až 6 bežným jednotlivým dávkam drogy, ktoré sú schopné ovplyvniť psychiku užívateľa (konzumenta), - sušinu rastliny konope (Cannabis) o celkovej hmotnosti 7,13 g (7 130 mg) s priemerným 8,4 % obsahom THC (tetrahydrokanabinolu) - účinnej látky rastliny konope (Cannabis), kde predložené množstvo konope s hmotnosťou fajčiteľného materiálu 7,13 g (7 130 mg) s priemernou koncentráciou 8,4 % hmotnostných THC (obsahujúce 599 mg THC), čo zodpovedá najmenej 20 až 60 bežným jednotlivým dávkam drogy, ktoré sú schopné ovplyvniť psychiku užívateľa (konzumenta), - sušinu rastliny konope (Cannabis) o celkovej hmotnosti 7,11 g, pričom hmotnosť fajčiteľného materiálu bola 6,51 g (6 510 mg) s priemerným 3,2 % obsahom THC (tetrahydrokanabinolu) - účinnej látky rastliny konope (Cannabis), kde predložené množstvo konope s hmotnosťou fajčiteľného materiálu 6,51 g (6 510 mg) s priemernou koncentráciou 3,2 % hmotnostných THC (obsahujúce 208 mg THC), čo zodpovedá najmenej 13 až 21 bežným jednotlivým dávkam drogy, ktoré sú schopné ovplyvniť psychiku užívateľa (konzumenta), - sušinu rastliny konope (Cannabis) o celkovej hmotnosti 16,57 g, pričom hmotnosť fajčiteľného materiálu bola 11,69 g (11 690 mg) s priemerným 6,3 % obsahom THC (tetrahydrokanabinolu) - účinnej látky rastliny konope (Cannabis), kde predložené množstvo konope s hmotnosťou fajčiteľného materiálu 11,69 g (11 690 mg) s priemernou koncentráciou 6,3 % hmotnostných THC (obsahujúce 736 mg THC), čo zodpovedá najmenej 25 až 74 bežným jednotlivým dávkam drogy, ktoré sú schopné ovplyvniť psychiku užívateľa (konzumenta), - sušinu rastliny konope (Cannabis) o celkovej hmotnosti 5,35 g (5 350 mg) s priemerným 15,4 % obsahom THC (tetrahydrokanabinolu) - účinnej látky rastliny konope (Cannabis), kde predložené množstvo konope s hmotnosťou fajčiteľného materiálu 5,35 g (5 350 mg) s priemernou koncentráciou 15,4 % hmotnostných THC (obsahujúce 824 mg THC), čo zodpovedá najmenej 28 až 82 bežným jednotlivým dávkam drogy, ktoré sú schopné ovplyvniť psychiku užívateľa (konzumenta), - sušinu rastliny konope (Cannabis) o celkovej hmotnosti 4,11 g (4 110 mg) s priemerným 11,4 % obsahom THC (tetrahydrokanabinolu) - účinnej látky rastliny konope (Cannabis), kde predložené</w:t>
      </w:r>
    </w:p>
    <w:p>
      <w:r>
        <w:t>množstvo konope s hmotnosťou fajčiteľného materiálu 4,11 g (4 110 mg) s priemernou koncentráciou 11,4 % hmotnostných THC (obsahujúce 469 mg THC), čo zodpovedá najmenej 16 až 47 bežným jednotlivým dávkam drogy, ktoré sú schopné ovplyvniť psychiku užívateľa (konzumenta), - sušinu rastliny konope (Cannabis) o celkovej hmotnosti 49,08 g, pričom hmotnosť fajčiteľného materiálu bola 41,88 g (41 880 mg) s priemerným 15,8 % obsahom THC (tetrahydrokanabinolu) - účinnej látky rastliny konope (Cannabis), kde predložené množstvo konope s hmotnosťou fajčiteľného materiálu 41,88 g (41 880 mg) s priemernou koncentráciou 15,8 % hmotnostných THC (obsahujúce 6 617mg THC), čo zodpovedá najmenej 221 až 662 bežným jednotlivým dávkam drogy, ktoré sú schopné ovplyvniť psychiku užívateľa (konzumenta), - sušinu rastliny konope (Cannabis) o celkovej hmotnosti 47,92 g, pričom hmotnosť fajčiteľného materiálu bola 41,69 g (41 690 mg) s priemerným 19,2 % obsahom THC (tetrahydrokanabinolu) - účinnej látky rastliny konope (Cannabis), kde predložené množstvo konope s hmotnosťou fajčiteľného materiálu 41,69 g (41 690 mg) s priemernou koncentráciou 19,2 % hmotnostných THC (obsahujúce 8 004 mg THC), čo zodpovedá najmenej 267 až 800 bežným jednotlivým dávkam drogy, ktoré sú schopné ovplyvniť psychiku užívateľa (konzumenta), - sušinu rastliny konope (Cannabis) o celkovej hmotnosti 2,68 g (2 680 mg) s priemerným 6,0 % obsahom THC (tetrahydrokanabinolu) - účinnej látky rastliny konope (Cannabis), kde predložené množstvo konope s hmotnosťou fajčiteľného materiálu 2,68 g (2 680 mg) s priemernou koncentráciou 6,0 % hmotnostných THC (obsahujúce 161 mg THC), čo zodpovedá najmenej 5 až 16 bežným jednotlivým dávkam drogy, ktoré sú schopné ovplyvniť psychiku užívateľa (konzumenta), - sušinu rastliny konope (Cannabis) o celkovej hmotnosti 0,25 g (250 mg) s priemerným 7,5 % obsahom THC (tetrahydrokanabinolu) - účinnej látky rastliny konope (Cannabis), kde predložené množstvo konope s hmotnosťou fajčiteľného materiálu 0,25 g (250 mg) s priemernou koncentráciou 7,5 % hmotnostných THC (obsahujúce 19 mg THC), čo zodpovedá 1 bežnej jednotlivej dávke drogy, ktorá je schopná ovplyvniť psychiku užívateľa (konzumenta), - vysušenú živicu (hašiš) z rastlín rodu konope (Cannabis) o celkovej hmotnosti 0,72 g (720 mg) s priemerným 3,5 % obsahom THC (tetrahydrokanabinolu) - účinnej látky rastliny konope (Cannabis), kde predložené množstvo hašiša s hmotnosťou fajčiteľného materiálu 0,72 g (720 mg) s priemernou koncentráciou 3,5 % hmotnostných THC (obsahujúce 25 mg THC), čo zodpovedá najmenej 1 až 3 bežným jednotlivým dávkam drogy, ktoré sú schopné ovplyvniť psychiku užívateľa (konzumenta), - sušinu rastliny konope (Cannabis) o celkovej hmotnosti 66,61 g, pričom hmotnosť fajčiteľného materiálu bola 49,01 g (49 010 mg) s priemerným 15,1 % obsahom THC (tetrahydrokanabinolu) - účinnej látky rastliny konope (Cannabis), kde predložené množstvo konope s hmotnosťou fajčiteľného materiálu 49,01 g (49 010 mg) s priemernou koncentráciou 15,1 % hmotnostných THC (obsahujúce 7 401 mg THC), čo zodpovedá najmenej 247 až 740 bežným jednotlivým dávkam drogy, ktoré sú schopné ovplyvniť psychiku užívateľa (konzumenta), - sušinu rastliny konope (Cannabis) o celkovej hmotnosti 34,42 g, pričom hmotnosť fajčiteľného materiálu bola 23,66 g (23 660 mg) s priemerným 15,7 % obsahom THC (tetrahydrokanabinolu) - účinnej látky rastliny konope (Cannabis), kde predložené množstvo konope s hmotnosťou fajčiteľného materiálu 23,66 g (23 660 mg) s priemernou koncentráciou 15,7 % hmotnostných THC (obsahujúce 3 715 mg THC), čo zodpovedá najmenej 124 až 372 bežným jednotlivým dávkam drogy, ktoré sú schopné ovplyvniť psychiku užívateľa (konzumenta), - sušinu rastliny konope (Cannabis) o celkovej hmotnosti 51,77 g, pričom hmotnosť fajčiteľného materiálu bola 41,70 g (41 700 mg) s priemerným 17,7 % obsahom THC (tetrahydrokanabinolu) - účinnej látky rastliny konope (Cannabis), kde predložené množstvo konope s hmotnosťou fajčiteľného materiálu 41,70 g (41 700 mg) s priemernou koncentráciou 17,7 % hmotnostných THC (obsahujúce 7 381 mg THC), čo zodpovedá najmenej 246 až 738 bežným jednotlivým dávkam drogy, ktoré sú schopné ovplyvniť psychiku užívateľa (konzumenta), - sušinu rastliny konope (Cannabis) o celkovej hmotnosti 108,14 g, pričom hmotnosť fajčiteľného materiálu bola 62,29 g (62 290 mg) s priemerným 11,1 % obsahom THC (tetrahydrokanabinolu) účinnej látky rastliny konope (Cannabis), kde predložené množstvo konope s hmotnosťou fajčiteľného materiálu 62,29 g (62 290 mg) s priemernou koncentráciou 11,1 % hmotnostných THC (obsahujúce 6 914 mg THC), čo zodpovedá najmenej 231 až 691 bežným jednotlivým dávkam drogy, ktoré sú schopné ovplyvniť psychiku užívateľa (konzumenta), - sušinu rastliny konope (Cannabis) o celkovej hmotnosti 37,99 g, pričom hmotnosť fajčiteľného materiálu bola 27,48 g (27 480 mg) s priemerným 3,5 % obsahom THC (tetrahydrokanabinolu) - účinnej látky rastliny konope (Cannabis), kde predložené množstvo konope s hmotnosťou fajčiteľného materiálu 27,48 g (27 480 mg) s priemernou koncentráciou 3,5 % hmotnostných THC (obsahujúce 962 mg THC), čo</w:t>
      </w:r>
    </w:p>
    <w:p>
      <w:r>
        <w:t>zodpovedá najmenej 55 až 96 bežným jednotlivým dávkam drogy, ktoré sú schopné ovplyvniť psychiku užívateľa (konzumenta) - sušinu rastliny konope (Cannabis) o celkovej hmotnosti 15,04 g, pričom hmotnosť fajčiteľného materiálu bola 12,20 g (12 200 mg) s priemerným 6,0 % obsahom THC (tetrahydrokanabinolu) - účinnej látky rastliny konope (Cannabis), kde predložené množstvo konope s hmotnosťou fajčiteľného materiálu 12,20 g (12 200 mg) s priemernou koncentráciou 6,0 % hmotnostných THC (obsahujúce 732 mg THC), čo zodpovedá najmenej 24 až 73 bežným jednotlivým dávkam drogy, ktoré sú schopné ovplyvniť psychiku užívateľa (konzumenta), - sušiny rastliny konope (Cannabis) o celkovej hmotnosti 11,06 g, pričom hmotnosť fajčiteľného materiálu bola 10,14 g (10 140 mg) s priemerným 14,9 % obsahom THC (tetrahydrokanabinolu) - účinnej látky rastliny konope (Cannabis), kde predložené množstvo konope s hmotnosťou fajčiteľného materiálu 10,14 g (10 140 mg) s priemernou koncentráciou 14,9 % hmotnostných THC (obsahujúce 1 511 mg THC), čo zodpovedá najmenej 50 až 151 bežným jednotlivým dávkam drogy, ktoré sú schopné ovplyvniť psychiku užívateľa (konzumenta), - podrvenú rastlinu z rodu konope (Cannabis) o celkovej hmotnosti 0,45 g (450 mg) s priemerným 9,8 % obsahom THC (tetrahydrokanabinolu) - účinnej látky rastliny konope (Cannabis), kde predložené množstvo konope s hmotnosťou 0,45 g (450 mg) s priemernou koncentráciou 9,8 % hmotnostných THC (obsahujúce 44 mg THC), čo zodpovedá najmenej 2 až 4 bežným jednotlivým dávkam drogy, ktoré sú schopné ovplyvniť psychiku užívateľa (konzumenta), - sušinu rastliny konope (Cannabis) o celkovej hmotnosti 19,61 g, pričom hmotnosť fajčiteľného materiálu bola 16,50 g (16 500 mg) s priemerným 16,2 % obsahom THC (tetrahydrokanabinolu) - účinnej látky rastliny konope (Cannabis), kde predložené množstvo konope s hmotnosťou fajčiteľného materiálu 16,50 g (16 500 mg) s priemernou koncentráciou 16,2 % hmotnostných THC (obsahujúce 2 673 mg THC), čo zodpovedá najmenej 89 až 267 bežným jednotlivým dávkam drogy, ktoré sú schopné ovplyvniť psychiku užívateľa (konzumenta), - sušinu rastliny konope (Cannabis) o celkovej hmotnosti 4,68 g, pričom hmotnosť fajčiteľného materiálu bola 2,36 g (2 360 mg) s priemerným 15,6 % obsahom THC (tetrahydrokanabinolu) - účinnej látky rastliny konope (Cannabis), kde predložené množstvo konope s hmotnosťou fajčiteľného materiálu 2,36 g (2 360 mg) s priemernou koncentráciou 15,6 % hmotnostných THC (obsahujúce 368 mg THC), čo zodpovedá najmenej 12 až 37 bežným jednotlivým dávkam drogy, ktoré sú schopné ovplyvniť psychiku užívateľa (konzumenta), - sušinu rastliny konope (Cannabis) o celkovej hmotnosti 7,96 g, pričom hmotnosť fajčiteľného materiálu bola 6,35 g (6 350 mg) s priemerným 23,2 % obsahom THC (tetrahydrokanabinolu) - účinnej látky rastliny konope (Cannabis), kde predložené množstvo konope s hmotnosťou fajčiteľného materiálu 6,35 g (6 350 mg) s priemernou koncentráciou 23,2 % hmotnostných THC (obsahujúce 1 473 mg THC), čo zodpovedá najmenej 49 až 127 bežným jednotlivým dávkam drogy, ktoré sú schopné ovplyvniť psychiku užívateľa (konzumenta), - sušinu rastliny konope (Cannabis) o celkovej hmotnosti 129,04 g, pričom hmotnosť fajčiteľného materiálu bola 119,67 g (119 670 mg) s priemerným 19,2 % obsahom THC (tetrahydrokanabinolu) účinnej látky rastliny konope (Cannabis), kde predložené množstvo konope s hmotnosťou fajčiteľného materiálu 119,67 g (119 670 mg) s priemernou koncentráciou 19,2 % hmotnostných THC (obsahujúce 22 977 mg THC čo zodpovedá najmenej 766 až 2 298 bežným jednotlivým dávkam drogy, ktoré sú schopné ovplyvniť psychiku užívateľa (konzumenta), - čiastočne podrvenú sušinu rastliny konope (Cannabis) o celkovej hmotnosti 1,29 g (1 290 mg) s priemerným 11,6% obsahom THC (tetrahydrokanabinolu) – účinnej látky rastliny konope (Cannabis), kde predložené množstvo konope s hmotnosťou 1,29 g (1 290 mg) a priemernou koncentráciou 11,6 % hmotnostných THC (obsahujúce 150 mg THC), čo zodpovedá najmenej 5 až 15 bežným jednotlivým dávkam drogy, ktoré sú schopné ovplyvniť psychiku užívateľa (konzumenta), - čiastočne podrvenú sušinu rastliny konope (Cannabis) o celkovej hmotnosti 0,84 g (840 mg) s priemerným 3,1 % obsahom THC (tetrahydrokanabinolu) – účinnej látky rastliny konope (Cannabis), kde predložené množstvo konope s hmotnosťou 0.84 g (840 mg) a priemernou koncentráciou 3,1 % hmotnostných THC (obsahujúce 26 mg THC), čo zodpovedá najmenej 2 až 3 bežným jednotlivým dávkam drogy, ktoré sú schopne ovplyvniť psychiku užívateľa (konzumenta), - sušinu rastliny konope (Cannabis) o celkovej hmotnosti 0,55 g (550 mg) s priemerným 8,2 % obsahom THC (tetrahydrokanabinolu) - účinnej látky rastliny konope (Cannabis), kde predložené množstvo konope s hmotnosťou 0,55 g (550 mg) a priemernou koncentráciou 8,2 % hmotnostných THC (obsahujúce 45 mg THC), čo zodpovedá najmenej 2 až 5 bežným jednotlivým dávkam drogy, ktoré sú schopné ovplyvniť psychiku užívateľa (konzumenta),</w:t>
      </w:r>
    </w:p>
    <w:p>
      <w:r>
        <w:t>- sušinu rastliny konope (Cannabis) o celkovej hmotnosti 22,69 g, pričom hmotnosť fajčiteľného materiálu bola 17,79 g (17 790 mg) s priemerným 7,5 % obsahom THC (tetrahydrokanabinolu) - účinnej látky rastliny konope (Cannabis), kde predložené množstvo konope s hmotnosťou fajčiteľného materiálu 17,79g (17 790 mg) s priemernou koncentráciou 7,5 % hmotnostných THC (obsahujúce 1 334 mg THC), čo zodpovedá najmenej 45 až 133 bežným jednotlivým dávkam drogy, ktoré sú schopné ovplyvniť psychiku užívateľa (konzumenta), - sušinu rastliny konope (Cannabis) o celkovej hmotnosti 116,01 g, pričom hmotnosť fajčiteľného materiálu bola 108,93 g (108 930 mg) s priemerným 23,2 % obsahom THC (tetrahydrokanabinolu) účinnej látky rastliny konope (Cannabis), kde predložené množstvo konope s hmotnosťou fajčiteľného materiálu 108,93 g (108 930 mg) s priemernou koncentráciou 23,2 % hmotnostných THC (obsahujúce 25 272 mg THC), čo zodpovedá najmenej 842 až 2 179 bežným jednotlivým dávkam drogy, ktoré sú schopné ovplyvniť psychiku užívateľa (konzumenta), - sušinu rastliny konope (Cannabis) - zistená prítomnosť tetrahydrokanabinolu (THC) a tabaku zistená prítomnosť nikotínu o celkovej hmotnosti 0,56 g (560 mg) s priemerným 4,7 % obsahom THC (tetrahydrokanabinolu) – účinnej látky rastliny konope (Cannabis), kde predložené množstvo rastlinnej zmesi s hmotnosťou 0,56 g (560 mg) a priemernou koncentráciou 4,7 % hmotnostných THC (obsahujúce 26 mg THC), čo zodpovedá najmenej 1 až 3 bežným jednotlivým dávkam drogy, ktoré sú schopné ovplyvniť psychiku užívateľa (konzumenta), - sušinu rastliny konope (Cannabis) o celkovej hmotnosti 7,48 g, pričom hmotnosť fajčiteľného materiálu bola 4,71 g (4 710 mg) s priemerným 4,7% obsahom THC (tetrahydrokanabinolu) - účinnej látky rastliny konope (Cannabis), kde predložené množstvo konope s hmotnosťou fajčiteľného materiálu 4,71 g (4 710 mg) s priemernou koncentráciou 4,7 % hmotnostných THC (obsahujúce 221 mg THC), čo zodpovedá najmenej 9 až 22 bežným jednotlivým dávkam drogy, ktoré sú schopné ovplyvniť psychiku užívateľa (konzumenta), - sušinu rastliny konope (Cannabis) o celkovej hmotnosti 1,19 g, pričom hmotnosť fajčiteľného materiálu bola 1,13 g (1 130 mg) s priemerným 15,4 % obsahom THC (tetrahydrokanabinolu) - účinnej látky rastliny konope (Cannabis), kde predložené množstvo konope s hmotnosťou fajčiteľného materiálu 1,13 g (1 130 mg) s priemernou koncentráciou 15,4 % hmotnostných THC (obsahujúce 174 mg THC), čo zodpovedá najmenej 6 až 17 bežným jednotlivým dávkam drogy, ktoré sú schopné ovplyvniť psychiku užívateľa (konzumenta), - sušinu rastliny konope (Cannabis) o celkovej hmotnosti 87,52 g, pričom hmotnosť fajčiteľného materiálu bola 49,47 g (49 470 mg) s priemerným 11,0 % obsahom THC (tetrahydrokanabinolu) - účinnej látky rastliny konope (Cannabis), kde predložené množstvo konope s hmotnosťou fajčiteľného materiálu 49,47 g (49 470 mg) a priemernou koncentráciou 11,0 % hmotnostných THC (obsahujúce 5 442 mg THC), čo zodpovedá najmenej 181 až 544 bežným jednotlivým dávkam drogy, ktoré sú schopné ovplyvniť psychiku užívateľa (konzumenta), - sušinu rastliny konope (Cannabis) o celkovej hmotnosti 2,81 g, pričom hmotnosť fajčitelného materiálu bola 2,51 g (2510 mg) s priemerným 15,6 % obsahom THC (tetrahydrokanabinolu) - účinnej látky rastliny konope (Cannabis), kde predložené množstvo konope s hmotnosťou fajčiteľného materiálu 2,51 g (2 510 mg) s priemernou koncentráciou 15,6 % hmotnostných THC (obsahujúce 392 mg THC), čo zodpovedá najmenej 13 až 39 bežným jednotlivým dávkam drogy, ktoré sú schopné ovplyvniť' psychiku užívateľa (konzumenta), - sušinu rastliny konope (Cannabis) o celkovej hmotnosti 8,28 g. pričom hmotnosť fajčiteľného materiálu bola 7,51 g (7 510 mg) s priemerným 11,4% obsahom THC (tetrahydrokanabinolu) - účinnej látky rastliny konope (Cannabis), kde predložené množstvo konope s hmotnosťou fajčiteľného materiálu 7,51 g (7510 mg) s priemernou koncentráciou 11,4 % hmotnostných THC (obsahujúce 856 mg THC), čo zodpovedá najmenej 29 až 86 bežným jednotlivým dávkam drogy, ktoré sú schopné ovplyvniť psychiku užívateľa (konzumenta), - sušinu rastliny konope (Cannabis) o celkovej hmotnosti 2,44 g (2 440 mg) s priemerným 12,4 % obsahom THC (tetrahydrokanabinolu) - účinnej látky rastliny konope (Cannabis), kde predložené množstvo konope s hmotnosťou 2,44 g (2 440 mg) a priemernou koncentráciou 12.4 % hmotnostných THC (obsahujúce 303 mg THC), čo zodpovedá najmenej 10 až 30 bežným jednotlivým dávkam drogy, ktoré sú schopné ovplyvniť psychiku užívateľa (konzumenta), - sušinu rastliny konope (Cannabis) o celkovej hmotnosti 7,54 g pričom hmotnosť fajčiteľného materiálu bola 6,13g (6 130 mg) s priemerným 5,4 % obsahom THC (tetrahydrokanabinolu) - účinnej látky rastliny konope (Cannabis), kde predložené množstvo konope s hmotnosťou fajčiteľného materiálu 6,13 g (6 130 mg) s priemernou koncentráciou 5,4 % hmotnostných THC (obsahujúce 331 mg THC), čo zodpovedá</w:t>
      </w:r>
    </w:p>
    <w:p>
      <w:r>
        <w:t>najmenej 12 až 33 bežným jednotlivým dávkam drogy, ktoré sú schopné ovplyvniť psychiku užívateľa (konzumenta), - sušinu rastliny konope (Cannabis) o celkovej hmotnosti 1,17 g (1170 mg), s priemerným 7,6% obsahom THC (tetrahydrokanabinolu) - účinnej látky rastliny konope (Cannabis), kde predložené množstvo konope s hmotnosťou 1,17 g (1 170 mg) a priemernou koncentráciou 7,6 % hmotnostných THC (obsahujúce 89 mg THC), čo zodpovedá najmenej 3 až 9 bežným jednotlivým dávkam drogy, ktoré sú schopné ovplyvniť psychiku užívateľa (konzumenta), - sušinu rastliny konope (Cannabis) o celkovej hmotnosti 0,38 g, pričom hmotnosť fajčiteľného materiálu bola 0,22 g (220 mg) s priemerným 7,5 % obsahom THC (tetrahydrokanabinolu) - účinnej látky rastliny konope (Cannabis), kde predložené množstvo konope s hmotnosťou fajčiteľného materiálu 0,22 g (220 mg) s priemernou koncentráciou 7,5 % hmotnostných THC (obsahujúce 17 mg THC), čo zodpovedá 1 bežnej jednotlivej dávke drogy, ktorá je schopná ovplyvniť psychiku užívateľa (konzumenta), - zmes sušiny rastliny konope (Cannabis) - zistená prítomnosť tetrahydrokanabinolu (THC) a tabaku - zistená prítomnosť nikotínu, o celkovej hmotnosti 1,27 g (1 270 mg) s priemerným 4,1 % obsahom THC (tetrahydrokanabinolu) - účinnej látky rastliny konope (Cannabis), kde predložené množstvo rastlinnej zmesi s hmotnosťou 1,27 g (1 270 mg) a priemernou koncentráciou 4,1 % hmotnostných THC (obsahujúce 52 mg THC), čo zodpovedá najmenej 3 až 5 bežným jednotlivým dávkam drogy, ktoré sú schopné ovplyvniť psychiku užívateľa (konzumenta), - sušinu rastliny konope (Cannabis) o celkovej hmotnosti 11,20 g, pričom hmotnosť fajčiteľneho materiálu bola 9,78 g (9 780 mg) s priemerným 10,1 % obsahom THC (tetrahydrokanabinolu) - účinnej látky rastliny konope (Cannabis), kde predložené množstvo konope s hmotnosťou fajčiteľného materiálu 9,78 g (9 780 mg) s priemernou koncentráciou 10,1 % hmotnostných THC (obsahujúce 988 mg THC), čo zodpovedá najmenej 33 až 99 bežným jednotlivým dávkam drogy, ktoré sú schopné ovplyvniť psychiku užívateľa (konzumenta), - sušinu rastliny konope (Cannabis) o celkovej hmotnosti 3,22 g, pričom hmotnosť fajčiteľného materiálu bola 2,90 g (2900 mg) s priemerným 3,4 % obsahom THC (tetrahydrokanabinolu) látky rastliny konope (Cannabis), kde predložené množstvo konope s hmotnosťou fajčiteľného materiálu 2,90 g (2900mg) s priemernou koncentráciou 3,4 % účinnej hmotnostných THC (obsahujúce 99 mg THC), čo zodpovedá najmenej 6 až 10 bežným jednotlivým dávkam drogy, ktoré sú schopné ovplyvniť psychiku užívateľa (konzumenta), - sušinu rastliny konope (Cannabis) o celkovej hmotnosti 122,65 mg, pričom hmotnosť fajčiteľného materiálu bola 108,60 mg s priemerným 13,6 % obsahom THC (tetrahydrokanabinolu) – účinnej látky rastliny konope (Cannabis), kde predložené množstvo konope s hmotnosťou fajčiteľného materiálu 108,60 mg s priemernou koncentráciou 13,6 % hmotnostných THC (obsahujúce 15 mg THC), čo zodpovedá 1 bežnej jednotlivej dávke drogy, ktorá je schopná ovplyvniť psychiku užívateľa (konzumenta), - sušinu rastliny konope (Cannabis) o celkovej hmotnosti 1,72 g pričom hmotnosť fajčiteľného materiálu bola 1,65 g (1 650 mg) s priemerným 16,8% obsahom THC (tetrahydrokanabinolu) – účinnej látky rastliny konope (Cannabis), kde predložené množstvo konope s hmotnosťou fajčiteľného materiálu 1,65 g (1650 mg) s priemernou koncentráciou 16,8 % hmotnostných THC (obsahujúce 277 mg THC), čo zodpovedá najmenej 9 až 28 bežným jednotlivým dávkam drogy, ktoré sú schopné ovplyvniť psychiku užívateľa (konzumenta), - sušinu rastliny konope (Cannabis) o celkovej hmotnosti 4,86 g, pričom hmotnosť fajčiteľného materiálu bola 4,15 g (4 150 mg) s priemerným 16,0 % obsahom THC (tetrahydrokanabinolu) - účinnej látky rastliny konope (Cannabis), kde predložené množstvo konope s hmotnosťou fajčiteľného materiálu 4,15 g (4 150 mg) s priemernou koncentráciou 16,0 % hmotnostných THC (obsahujúce 664 mg THC), čo zodpovedá najmenej 22 až 66 bežným jednotlivým dávkam drogy, ktoré sú schopné ovplyvniť psychiku užívateľa (konzumenta), - sušinu rastliny konope (Cannabis) o celkovej hmotnosti 2,92 g (2920 mg), s priemerným 14,1% obsahom THC (tetrahydrokanabinolu)- účinnej látky rastliny konope (Cannabis), kde predložené množstvo konope s hmotnosťou 2,92 g (2 920 mg) a priemernou koncentráciou 14,1 % hmotnostných THC (obsahujúce 412 mg THC), čo zodpovedá najmenej 14 až 41 bežným jednotlivým dávkam drogy, ktoré sú schopné ovplyvniť psychiku užívateľa (konzumenta), - sušinu rastliny konope (Cannabis) o celkovej hmotnosti 3,23 g (3 230 mg), s priemerným 14,8% obsahom THC (tetrahydrokanabinolu) – účinnej látky rastliny konope (Cannabis), kde predložené množstvo konope s hmotnosťou 3,23 g (3 230 mg) a priemernou koncentráciou 14,8 % hmotnostných THC (obsahujúce 478 mg THC), čo zodpovedá najmenej 16 až 48 bežným jednotlivým dávkam drogy, ktoré sú schopné ovplyvniť psychiku užívateľa (konzumenta),</w:t>
      </w:r>
    </w:p>
    <w:p>
      <w:r>
        <w:t>- sušinu rastliny konope (Cannabis) o celkovej hmotnosti 0,98 g (980 mg), s priemerným 14,3 % obsahom THC (tetrahydrokanabinolu) - účinnej látky rastliny konope (Cannabis), kde predložené množstvo konope s hmotnosťou 0,98 g (980 mg) a priemernou koncentráciou 14,3 % hmotnostných THC (obsahujúce 140 mg THC), čo zodpovedá najmenej 5 až 14 bežným jednotlivým dávkam drogy, ktoré sú schopné ovplyvniť psychiku užívateľa (konzumenta), - sušinu rastliny konope (Cannabis) o celkovej hmotnosti 3,40 g, pričom hmotnosť fajčiteľného materiálu bola 2,72 g (2 720 mg) s priemerným 9,0 % obsahom THC (tetrahydrokanabinolu) – účinnej látky konope (Cannabis), kde predložené množstvo konope s hmotnosťou fajčitelného materiálu 2,72 g (2720 mg) s priemernou koncentráciou 9,0 % hmotnostných THC (obsahujúce 245 mg THC), čo zodpovedá najmenej 8 až 25 bežným jednotlivým dávkam drogy, ktoré sú schopné ovplyvniť psychiku užívateľa (konzumenta), - sušinu rastliny konope (Cannabis) o celkovej hmotnosti 15,20 g, pričom hmotnosť fajčiteľného materiálu bola 13,43 g (13 430 mg) s priemerným 6,8% obsahom THC (tetrahydrokanabinolu) - účinnej látky rastliny konope (Cannabis), kde predložené množstvo konope s hmotnosťou fajčiteľného materiálu 13,43 g (13 430 mg) s priemernou koncentráciou 6,8 % hmotnostných THC (obsahujúce 913 mg THC), čo zodpovedá najmenej 30 až 91 bežným jednotlivým dávkam drogy, ktoré sú schopné ovplyvniť psychiku užívateľa (konzumenta), - sušinu rastliny konope (Cannabis) o celkovej hmotnosti 4,31 g, pričom hmotnosť fajčiteľného materiálu bola 3,86 g (3 860 mg) s priemerným 11,1% obsahom THC (tetrahydrokanabinolu) – účinnej látky rastliny konope (Cannabis), kde predložené množstvo konope s hmotnosťou fajčiteľného materiálu 3,86 g (3 860 mg) s priemernou koncentráciou 11,1 % hmotnostných THC (obsahujúce 428 mg THC), čo zodpovedá najmenej 14 až 43 bežným jednotlivým dávkam drogy, ktoré sú schopné ovplyvniť psychiku užívateľa (konzumenta), pričom hodnota takto zaistenej rastliny konope (Cannabis) v 4. štvrťroku 2023 v Prešovskom kraji podľa odborného vyjadrenia protidrogovej centrály národnej kriminálnej agentúry Prezídia Policajného zboru Ministerstva vnútra Slovenskej republiky bola od 6.869,19 eur až do 17.174,97 eur a zároveň tetrahydrokanabinol (THC) je v zmysle zákona NR SR č. 139/1998 Z. z. o omamných a psychotropných látkach a prípravkoch v znení neskorších predpisov zaradený do I. skupiny psychotropných látok, teda - pokračujúcim konaním neoprávnene obchodoval s omamnou látkou alebo psychotropnou látkou v značnom množstve a čin spáchal závažnejším spôsobom konania, t. j. na viacerých osobách. Za to mu ukladá Podľa § 173 ods. 3 Trestného zákona, účinného od 6.8.2024, s použitím § 39 ods. 5 Trestného zákona, § 38 ods. 2, ods. 3 Trestného zákona a § 36 písm. j/, písm. l/ Trestného zákona trest odňatia slobody vo výmere 4 /štyroch/ rokov a 8 /osem/ mesiacov. Podľa § 48 ods. 2 písm. a/ Trestného zákona ho na výkon trestu odňatia slobody z a r a ď u j e do ústavu na výkon trestu odňatia slobody s minimálnym stupňom stráženia. Podľa § 60 ods. 1 písm. a/ Trestného zákona mu u k l a d á trest prepadnutia vecí - 1 ks mobilný telefón zn. Cubot, IMEI: 355303102309696, 2 ks- SIM karty, 1 ks fajka, 1 ks pipa, 1 ks drvička a 1 ks váha s puzdrom a 4 ks balení papierikov. Podľa § 60 ods. 1 písm. c/ Trestného zákona mu u k l a d á CZK a 475,- /štyristosedemdesiatpäť/eur.</w:t>
      </w:r>
    </w:p>
    <w:p>
      <w:r>
        <w:t>trest prepadnutia vecí 900,- /deväťsto/</w:t>
      </w:r>
    </w:p>
    <w:p>
      <w:r>
        <w:t>odôvodnenie: Podľa § 172 ods. 2 Trestného poriadku, vzhľadom na skutočnosť, že po vyhlásení rozsudku sa obžalovaný a prokurátor vzdali práva podať odvolanie, bol vyhotovený zjednodušený písomný rozsudok, ktorý neobsahuje odôvodnenie.</w:t>
      </w:r>
    </w:p>
    <w:p>
      <w:r>
        <w:t>Poučenie: Proti tomuto rozsudku je možné podať odvolanie, s výnimkou výroku o vine podanou obžalovaným v zmysle § 257 ods. 5 Trestného poriadku do 15 dní od dňa jeho oznámenia prostredníctvom Okresného súdu Poprad na Krajský súd v Prešove. Oznámením rozsudku je jeho vyhlásenie v prítomnosti toho, komu treba rozsudok doručiť. Ak sa rozsudok vyhlásil v neprítomnosti takejto osoby oznámením bolo až doručenie rozsudku.</w:t>
      </w:r>
    </w:p>
    <w:p/>
    <w:p>
      <w:r>
        <w:t>Zdroj: KAUZIS.SK – https://www.kauzis.sk/judikatura/r/ECLI:SK:OSPP:2024:8724010898.2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