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10Ps/4/2024 z 12. 12. 2024</w:t>
      </w:r>
    </w:p>
    <w:p>
      <w:r>
        <w:t>Rozsudok Okresného súdu Poprad z 12. decembra 2024, sp. zn. 10Ps/4/2024, ECLI:SK:OSPP:2024:8724200733.5</w:t>
      </w:r>
    </w:p>
    <w:p>
      <w:r>
        <w:t>Súd: Okresný súd Poprad</w:t>
      </w:r>
    </w:p>
    <w:p>
      <w:r>
        <w:t>Spisová značka: 10Ps/4/2024</w:t>
      </w:r>
    </w:p>
    <w:p>
      <w:r>
        <w:t>ECLI: ECLI:SK:OSPP:2024:8724200733.5</w:t>
      </w:r>
    </w:p>
    <w:p>
      <w:r>
        <w:t>Dátum vydania: 12.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10Ps/4/2024 8724200733 12. 12. 2024 JUDr. František Krasňan ECLI:SK:OSPP:2024:8724200733.5</w:t>
      </w:r>
    </w:p>
    <w:p>
      <w:r>
        <w:t>ROZSUDOK V MENE SLOVENSKEJ REPUBLIKY Okresný súd Poprad, sudcom JUDr. Františkom Krasňanom, v opatrovanskej veci A. B., nar. XX.X.XXXX, bytom C. D. XXX, procesne zastúpenej Mgr. Natáliou Švagerkovou, vyššou súdnou úradníčkou Okresného súdu Poprad, v konaní začatom na návrh E. B., nar. XX.X.XXXX, bytom F. F. G., H. XXX/XX, za účasti Okresnej prokuratúry Poprad so sídlom Poprad, Mnoheľova 833/26, o obmedzenie spôsobilosti na právne úkony, takto rozhodol: I. Súd obmedzuje A. B., nar. XX.X.XXXX spôsobilosti na právne úkony tak, že menovaná nie je schopná vystupovať pred úradmi, súdmi a inými orgánmi verejnej moci, uzatvárať zmluvy akéhokoľvek druhu, udeľovať plné moci, preberať dôchodok a iné sociálne dávky, preberať doporučené úradné listové zásielky, disponovať finančnou hotovosťou vyššou ako 20,- eur mesačne, rozdelenou v čiastkach po 3,- eurá maximálne, disponovať hnuteľným a nehnuteľným majetkom, vyslovovať informovaný súhlas s poskytovaním zdravotnej starostlivosti ako v ústavnej tak aj ambulantnej forme, rozhodovať o potrebe sociálnej a zdravotnej starostlivosti, rozhodovať o mieste svojho trvalého a prechodného bydliska, kandidovať vo voľbách do volených orgánov. II. Súd ustanovuje obmedzovanej opatrovníka v osobe E. B., nar. XX.X.XXXX, ktorému vymedzuje rozsah práv a povinností tak, že tento je povinný a oprávnený menovanú zastupovať a vykonávať za menovanú všetky právne úkony v oblastiach, v ktorých bola menovaná obmedzená spôsobilosti na právne úkony, s výnimkou uzatvárania zmlúv týkajúcich sa majetkových prevodov, k čomu je potrebný súhlas súdu. III. U k l a d á opatrovníkovi predkladať súdu správu o stave majetku opatrovanca raz ročne vždy k 31.12 toho ktorého roka. IV. Slovenská republika n e m á právo na náhradu trov konania. V.</w:t>
      </w:r>
    </w:p>
    <w:p>
      <w:r>
        <w:t>Žiaden z účastníkov</w:t>
      </w:r>
    </w:p>
    <w:p>
      <w:r>
        <w:t>nemá</w:t>
      </w:r>
    </w:p>
    <w:p>
      <w:r>
        <w:t>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https://www.kauzis.sk/judikatura/r/ECLI:SK:OSPP:2024:8724200733.5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