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10P/56/2024 z 16. 5. 2024</w:t>
      </w:r>
    </w:p>
    <w:p>
      <w:r>
        <w:t>Rozsudok Okresného súdu Poprad z 16. mája 2024, sp. zn. 10P/56/2024, ECLI:SK:OSPP:2024:8724201348.2</w:t>
      </w:r>
    </w:p>
    <w:p>
      <w:r>
        <w:t>Súd: Okresný súd Poprad</w:t>
      </w:r>
    </w:p>
    <w:p>
      <w:r>
        <w:t>Spisová značka: 10P/56/2024</w:t>
      </w:r>
    </w:p>
    <w:p>
      <w:r>
        <w:t>ECLI: ECLI:SK:OSPP:2024:8724201348.2</w:t>
      </w:r>
    </w:p>
    <w:p>
      <w:r>
        <w:t>Dátum vydania: 16.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10P/56/2024 8724201348 16. 05. 2024 JUDr. František Krasňan ECLI:SK:OSPP:2024:8724201348.2</w:t>
      </w:r>
    </w:p>
    <w:p>
      <w:r>
        <w:t>ROZSUDOK V MENE SLOVENSKEJ REPUBLIKY Okresný súd Poprad, sudcom JUDr. Františkom Krasňanom, vo veci starostlivosti o mal. dieťa: A. B., nar. XX.XX.XXXX, bytom ako matka, zast. opatrovníkom, Úradom práce, sociálnych vecí a rodiny Poprad, dieťa rodičov: matka C. D., nar. XX.XX.XXXX, bytom E. F. XXX/XX, XXX XX G. a otec G. B., nar. XX.XX.XXXX, bytom D. F. XXXX/XX, XXX XX H., v konaní začatom na návrh matky o úpravu rodičovských práv a povinností k mal. dieťaťu, takto rozhodol: I. Schvaľuje rodičovskú dohodu v nasledovnom znení: Z v e r u j e maloleté dieťa: A. B., nar. XX.XX.XXXX do osobnej starostlivosti matky, ktorá ho bude zastupovať a spravovať jeho majetok. Zaväzuje otca prispievať na výživu mal. dieťaťa: A. B., nar. XX.XX.XXXX sumou 180,- eur mesačne počnúc dňom 01.05.2024, ktoré je otec povinný platiť do rúk matky vždy do 20. dňa v mesiaci vopred. Konanie v časti dlžného výživného za obdobie od 01.04.2024 do 30.04.2024 súd zastavuje. Styk otca s mal. dieťaťom sa neupravuje. 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r>
        <w:t>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https://www.kauzis.sk/judikatura/r/ECLI:SK:OSPP:2024:8724201348.2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