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20C/33/2024 z 27. 8. 2024</w:t>
      </w:r>
    </w:p>
    <w:p>
      <w:r>
        <w:t>Uznesenie Okresného súdu Poprad z 27. augusta 2024, sp. zn. 20C/33/2024, ECLI:SK:OSPP:2024:8724201589.2</w:t>
      </w:r>
    </w:p>
    <w:p>
      <w:r>
        <w:t>Súd: Okresný súd Poprad</w:t>
      </w:r>
    </w:p>
    <w:p>
      <w:r>
        <w:t>Spisová značka: 20C/33/2024</w:t>
      </w:r>
    </w:p>
    <w:p>
      <w:r>
        <w:t>ECLI: ECLI:SK:OSPP:2024:8724201589.2</w:t>
      </w:r>
    </w:p>
    <w:p>
      <w:r>
        <w:t>Dátum vydania: 27. 8. 2024</w:t>
      </w:r>
    </w:p>
    <w:p>
      <w:r>
        <w:t>Forma: Uznesenie</w:t>
      </w:r>
    </w:p>
    <w:p>
      <w:pPr>
        <w:pStyle w:val="Heading2"/>
      </w:pPr>
      <w:r>
        <w:t>Text rozhodnutia</w:t>
      </w:r>
    </w:p>
    <w:p>
      <w:r>
        <w:t>Súd: Spisová značka: Identifikačné číslo súdneho spisu: Dátum vydania rozhodnutia: Meno a priezvisko sudcu, VSÚ: ECLI:</w:t>
      </w:r>
    </w:p>
    <w:p>
      <w:r>
        <w:t>Okresný súd Poprad 20C/33/2024 8724201589 27. 08. 2024 JUDr. Peter Koman ECLI:SK:OSPP:2024:8724201589.2</w:t>
      </w:r>
    </w:p>
    <w:p>
      <w:r>
        <w:t>Uznesenie Okresný súd Poprad v právnej veci žalobcu Zinc Euro, a. s., so sídlom Poprad, Karpatská 3256/15, IČO: 47 918 551, zastúpený Beňo &amp; partners advokátska kancelária, s. r. o., so sídlom Poprad, Námestie sv. Egídia 93, IČO: 44 250 029, proti žalovanej A. B., nar. X.XX.XXXX, bytom C. D., E. F. G. XX/XX, v spore o zaplatenie 2.638,03 eur s prísl., takto</w:t>
      </w:r>
    </w:p>
    <w:p>
      <w:r>
        <w:t>rozhodol:</w:t>
      </w:r>
    </w:p>
    <w:p>
      <w:r>
        <w:t>I. Súd konanie z a s t a v u j e. II. Žiadnej zo strán sporu súd náhradu trov konania nepriznáva.</w:t>
      </w:r>
    </w:p>
    <w:p>
      <w:r>
        <w:t>odôvodnenie:</w:t>
      </w:r>
    </w:p>
    <w:p>
      <w:r>
        <w:t>1. Podanou žalobou sa žalobca domáhal úhrady sumy 2.638,03 eur s prísl. 2. Podaním doručeným dňa 27.8.2024 zobral žalobca podanú žalobu o späť a žiadal konanie zastaviť, nakoľko medzi stranami došlo k vyporiadaniu nároku. 3. Podľa § 144 C.s.p. žalobca môže vziať žalobu späť. 4. Podľa § 145 ods. 1 C.s.p. ak je žaloba vzatá späť celkom, súd konanie zastaví. 5. Na základe dispozitívneho úkonu žalobcu súd konanie zastavil. 6. Podľa § 255 ods. 1 C.s.p. súd prizná strane náhradu trov konania podľa pomeru jej úspechu vo veci. 7. O trovách konania súd rozhodol podľa § 257 C.s.p., a vzhľadom na skutočnosť, že medzi stranami došlo k mimosúdnemu vyriešeniu veci, súd žiadnej zo strán sporu náhradu trov konania nepriznal.</w:t>
      </w:r>
    </w:p>
    <w:p>
      <w:r>
        <w:t>Poučenie:</w:t>
      </w:r>
    </w:p>
    <w:p>
      <w:r>
        <w:t>Proti tomuto rozhodnutiu je prípustné odvolanie do 15 dní odo dňa doručenia rozhodnutia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rozhodnutie súdu prvej inštancie, ktoré predchádzalo rozhodnutiu vo veci samej, má vadu vyššie uvedenú, ak táto vada mala vplyv na rozhodnutie vo veci samej. Odvolacie dôvody a dôkazy na ich preukázanie možno meniť a dopĺňať len do uplynutia lehoty na podanie odvolania.</w:t>
      </w:r>
    </w:p>
    <w:p/>
    <w:p>
      <w:r>
        <w:t>Zdroj: KAUZIS.SK – https://www.kauzis.sk/judikatura/r/ECLI:SK:OSPP:2024:8724201589.2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