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27Ps/7/2024 z 27. 6. 2024</w:t>
      </w:r>
    </w:p>
    <w:p>
      <w:r>
        <w:t>Uznesenie Okresného súdu Poprad z 27. júna 2024, sp. zn. 27Ps/7/2024, ECLI:SK:OSPP:2024:8724201945.2</w:t>
      </w:r>
    </w:p>
    <w:p>
      <w:r>
        <w:t>Súd: Okresný súd Poprad</w:t>
      </w:r>
    </w:p>
    <w:p>
      <w:r>
        <w:t>Spisová značka: 27Ps/7/2024</w:t>
      </w:r>
    </w:p>
    <w:p>
      <w:r>
        <w:t>ECLI: ECLI:SK:OSPP:2024:8724201945.2</w:t>
      </w:r>
    </w:p>
    <w:p>
      <w:r>
        <w:t>Dátum vydania: 27. 6. 2024</w:t>
      </w:r>
    </w:p>
    <w:p>
      <w:r>
        <w:t>Forma: Uznesenie</w:t>
      </w:r>
    </w:p>
    <w:p>
      <w:pPr>
        <w:pStyle w:val="Heading2"/>
      </w:pPr>
      <w:r>
        <w:t>Text rozhodnutia</w:t>
      </w:r>
    </w:p>
    <w:p>
      <w:r>
        <w:t>Súd: Spisová značka: Identifikačné číslo súdneho spisu: Dátum vydania rozhodnutia: Meno a priezvisko sudcu, VSÚ: ECLI:</w:t>
      </w:r>
    </w:p>
    <w:p>
      <w:r>
        <w:t>Okresný súd Poprad 27Ps/7/2024 8724201945 27. 06. 2024 JUDr. Monika Heldáková ECLI:SK:OSPP:2024:8724201945.2</w:t>
      </w:r>
    </w:p>
    <w:p>
      <w:r>
        <w:t>Uznesenie Okresný súd Poprad v právnej veci navrhovateľa: 1/ A. B., nar. XX.XX.XXXX, 2/ C. B., nar. XX.XX.XXXX, obaja bytom D. XXX, XXXXX E., o návrhu na obmedzenie spôsobilosti na právne úkony F. B., nar. XX.XX.XXXX, bytom ako navrhovatelia, t a k t o rozhodol: I. Konanie z a s t a v u j e. II. Žiaden z účastníkov n e m á n á r o k na náhradu trov konania. odôvodnenie: 1. Návrhom podaným na súde dňa 07.05.2024 navrhovatelia navrhli obmedziť v spôsobilosti na právne úkony svoju dcéru F. B., nar. XX.XX.XXXX (ďalej len „posudzovaná“). 2. Na prejednanie veci súd nariadil výsluch na deň 27.06.2024. Na výsluch sa dostavili navrhovatelia, ktorí návrh zobrali v celom rozsahu späť a žiadali konanie zastaviť. 3. Podľa § 29 ods. 1 zákona č. 161/2015 Z. z. Civilného mimosporového poriadku v znení neskorších predpisov (ďalej len ,,CMP“) navrhovateľ môže počas konania zobrať návrh na začatie konania späť, a to celkom alebo sčasti. Ak je návrh vzatý späť celkom, súd konanie zastaví. Ak je návrh vzatý späť sčasti, súd konanie v tejto časti zastaví. 4. Podľa § 29 ods. 3 CMP súd konanie nezastaví, ak niektorý z účastníkov so späťvzatím návrhu z vážnych dôvodov nesúhlasí. 5. Vzhľadom na charakter konania, prihliadnuc na späťvzatie návrhu navrhovateľmi dospel súd k záveru, že sú splnené podmienky v zmysle citovaných ustanovení, a preto konanie zastavil (výrok I.). 6. Podľa § 58 ods. 1 CMP o nároku na náhradu a o výške trov konania rozhoduje súd v rozhodnutí, ktorým sa konanie končí. 7. Podľa § 57 CMP o povinnosti nahradiť trovy konania, ak nejde o trovy konania štátu, rozhoduje súd len na návrh. 8. Podľa § 52 CMP žiaden z účastníkov nemá nárok na náhradu trov konania, ak tento zákon neustanovuje inak. 9. O trovách konania súd rozhodol v zmysle citovaných ustanovení tak, že žiadnemu z účastníkov konania nepriznal nárok na náhradu trov konania, nakoľko si náhradu trov konania účastníci neuplatnili (II. výrok).</w:t>
      </w:r>
    </w:p>
    <w:p>
      <w:r>
        <w:t>Poučenie: Proti výroku I. a II. tohto uznesenia možno podať odvolanie do 15 dní odo dňa jeho doručenia prostredníctvom Okresného súdu Poprad, na Krajský súd v Prešove.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možno odôvodniť aj tým, že súd prvej inštancie nesprávne alebo neúplne zistil skutočný stav veci. (62 ods. 1 CMP) Odvolacie dôvody možno meniť a dopĺňať až do rozhodnutia o odvolaní. (§ 62 ods. 2 CMP)</w:t>
      </w:r>
    </w:p>
    <w:p/>
    <w:p>
      <w:r>
        <w:t>Zdroj: KAUZIS.SK – https://www.kauzis.sk/judikatura/r/ECLI:SK:OSPP:2024:8724201945.2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