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10P/83/2024 z 13. 6. 2024</w:t>
      </w:r>
    </w:p>
    <w:p>
      <w:r>
        <w:t>Rozsudok Okresného súdu Poprad z 13. júna 2024, sp. zn. 10P/83/2024, ECLI:SK:OSPP:2024:8724202037.2</w:t>
      </w:r>
    </w:p>
    <w:p>
      <w:r>
        <w:t>Súd: Okresný súd Poprad</w:t>
      </w:r>
    </w:p>
    <w:p>
      <w:r>
        <w:t>Spisová značka: 10P/83/2024</w:t>
      </w:r>
    </w:p>
    <w:p>
      <w:r>
        <w:t>ECLI: ECLI:SK:OSPP:2024:8724202037.2</w:t>
      </w:r>
    </w:p>
    <w:p>
      <w:r>
        <w:t>Dátum vydania: 13.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10P/83/2024 8724202037 13. 06. 2024 JUDr. František Krasňan ECLI:SK:OSPP:2024:8724202037.2</w:t>
      </w:r>
    </w:p>
    <w:p>
      <w:r>
        <w:t>ROZSUDOK V MENE SLOVENSKEJ REPUBLIKY Okresný súd Poprad, sudcom JUDr. Františkom Krasňanom, vo veci starostlivosti o mal. deti - A. B., nar. XX.X.XXXX a A. B., nar. X.XX.XXXX, bytom C., D. XXX/XX, zast. opatrovníkom Úradom práce, sociálnych vecí a rodiny Poprad, deti rodičov: matka D. B., nar. XX.X.XXXX, bytom C., D. XXX/XX a otec E. B., nar. XX.XX.XXXX, bytom F. E., G. XXX/XX, právne zastúpený: Mgr. Marcel Lesňák, advokát so sídlom Poprad, Murgašova 87/6, v konaní začatom na návrh matky, o zvýšenie výživného, takto rozhodol: I. S c h v a ľ u j e rodičovskú dohodu v nasledovnom znení: Zvyšuje výživné zo strany otca, E. B., nar. XX.XX.XXXX, na mal. A. B. zo sumy 70,- eur mesačne na sumu 100,- eur mesačne a na mal. A. B. zo sumy 60,- eur mesačne na sumu 80,- eur mesačne, počnúc dňom 1.6.2024, ktoré výživné je otec p o v i n n ý platiť vždy do 15.-ho dňa v mesiaci vopred k rukám matky až do zmeny pomerov, čím sa m e n í rozsudok tunajšieho súdu vo veci 10P/52/2021 zo dňa 2.9.2021. Otec mal. dieťaťa sa z a v ä z u j e uhradiť na mal. A. sumu 150,- eur v lehote do troch mesiacov od právoplatnosti tohto rozhodnutia k rukám matky, ktorá suma predstavuje vynaložené výdavky matky na slávnosť prvého svätého prijímania u syna. II. Žiaden z účastníkov</w:t>
      </w:r>
    </w:p>
    <w:p>
      <w:r>
        <w:t>n e m á 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https://www.kauzis.sk/judikatura/r/ECLI:SK:OSPP:2024:8724202037.2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