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19Csp/33/2024 z 20. 11. 2024</w:t>
      </w:r>
    </w:p>
    <w:p>
      <w:r>
        <w:t>Rozsudok Okresného súdu Poprad z 20. novembra 2024, sp. zn. 19Csp/33/2024, ECLI:SK:OSPP:2024:8724202945.2</w:t>
      </w:r>
    </w:p>
    <w:p>
      <w:r>
        <w:t>Súd: Okresný súd Poprad</w:t>
      </w:r>
    </w:p>
    <w:p>
      <w:r>
        <w:t>Spisová značka: 19Csp/33/2024</w:t>
      </w:r>
    </w:p>
    <w:p>
      <w:r>
        <w:t>ECLI: ECLI:SK:OSPP:2024:8724202945.2</w:t>
      </w:r>
    </w:p>
    <w:p>
      <w:r>
        <w:t>Dátum vydania: 20.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19Csp/33/2024 8724202945 20. 11. 2024 JUDr. Iveta Jenčová ECLI:SK:OSPP:2024:8724202945.2</w:t>
      </w:r>
    </w:p>
    <w:p>
      <w:r>
        <w:t>ROZSUDOK V MENE SLOVENSKEJ REPUBLIKY 19Csp/33/2024</w:t>
      </w:r>
    </w:p>
    <w:p>
      <w:r>
        <w:t>Okresný súd Poprad - sudkyňou JUDr. Ivetou Jenčovou v spore žalobcu: BL Fifty, s. r. o., so sídlom Bratislava, Šoltésovej 14, IČO: 53 465 911, právne zastúpený advokátskou kanceláriou SOUKENÍK – ŠTRPKA, s. r. o., so sídlom Bratislava, Šoltésovej 14, IČO: 36 862 711, proti žalovanému: A. B., nar. XX.XX.XXXX, bytom C. X, XXX XX D., v konaní o zaplatenie 502,89 € s prísl., takto rozhodol: 19Csp/33/2024 I. Žalovaný j e p o v i n n ý zaplatiť žalobcovi istinu vo výške 502,89 € s 5 % úrokom z omeškania ročne zo sumy vo výške 105,44 €, za obdobie odo dňa 19.08.2021 do zaplatenia, zo sumy vo výške 101,73 €, za obdobie odo dňa 21.09.2021 do zaplatenia, zo sumy vo výške 74,47 €, za obdobie odo dňa 19.10.2021 do zaplatenia, zo sumy vo výške 92,75 €, za obdobie odo dňa 19.11.2021 do zaplatenia, zo sumy vo výške 92,75 €, za obdobie odo dňa 21.12.2021 do zaplatenia, zo sumy vo výške 35,75 €, za obdobie odo dňa 19.01.2022 do zaplatenia, a to všetko do 15. dní od právoplatnosti rozsudku na účet IBAN:C. XXXX XXXX XXXX XXXX XXXX, VS:3026856701. II. Žalobca m á voči žalovanému n á r o k na 100 % náhradu trov konania, o ktorých bude rozhodnuté samostatným uznesením po právoplatnosti tohto rozsudku. odôvodnenie: 1. Podanou žalobou žalobca žiadal, aby súd zaviazal žalovaného zaplatiť mu istinu vo výške 502,89 € s 5 % úrokom z omeškania ročne zo sumy vo výške 105,44 €, za obdobie odo dňa 19.08.2021 do zaplatenia, zo sumy vo výške 101,73 €, za obdobie odo dňa 21.09.2021 do zaplatenia, zo sumy vo výške 74,47 €, za obdobie odo dňa 19.10.2021 do zaplatenia, zo sumy vo výške 92,75 €, za obdobie odo dňa 19.11.2021 do zaplatenia, zo sumy vo výške 92,75 €, za obdobie odo dňa 21.12.2021 do zaplatenia, zo sumy vo výške 35,75 €, za obdobie odo dňa 19.01.2022 do zaplatenia a nahradiť trovy konania. V žalobe uviedol, že jeho právny predchodca, spoločnosť Slovak Telekom, a.s. uzavrel so žalovaným Zmluvu, predmetom ktorej bolo poskytovanie elektronickej komunikačnej služby, prípadne ak mal žalovaný záujem, aj predaj zariadenia na splátky/nájom koncového zariadenia využívaného na účely poskytovania služieb TV prípadne internetu. Služby vo zvolenom rozsahu poskytol právny predchodca žalobcu žalovanému, pričom žalovaný sa zaviazal za tieto služby riadne a včas platiť podľa ním zvoleného programu služieb a v prípade, ak žalobca poskytol žalovanému aj zvolené zariadenie, riadne zaplatiť za toto zariadenie v dohodnutých splátkach. Žalobca si voči žalovanému touto žalobou neuplatnil</w:t>
      </w:r>
    </w:p>
    <w:p>
      <w:r>
        <w:t>žiadne fakturované položky, ktoré priamo nesúvisia s poskytnutými službami, prípadne zariadením, ktoré si žalovaný zvolil (napr. náklady vymáhania – upomienka, náklady skorého vymáhania, a pod.), preto uplatnené nároky z jednotlivých faktúru môžu byť nižšie ako suma vystavenej faktúry. Cena poskytnutých služieb bola vyčíslená faktúrou č. 8287943753, splatnou dňa 18.08. 2021, vystavená na sumu 105,44 € a uplatňovaná žalobcom vo výške 105,44 €, faktúrou č. 8289785081, splatnou dňa 20.09.2021, vystavená na sumu 101,73 € a uplatňovaná žalobcom vo výške 101,73 €, faktúrou č. 8291635512, splatnou dňa 18.10.2021, vystavená na sumu 93,37 € a uplatňovaná žalobcom vo výške 74,47 €, faktúrou č. 8293487021, splatnou dňa 18.11.2021, vystavená na sumu 92,75 € a uplatňovaná žalobcom vo výške 92,75 €, faktúrou č. 8295339216, splatnou dňa 20.12.2021, vystavená na sumu 92,75 € a uplatňovaná žalobcom vo výške 92,75 €, faktúrou č. 8297202170, splatnou dňa 18.01.2022, vystavená na sumu 35,75 € a uplatňovaná žalobcom v tej istej výške. Uhradenie tejto poslednej faktúry, ktorou bola vyúčtovaná zmluvná pokuta za Magio box, si žalobca žalobou neuplatnil. Žalovaný nesplnil svoju povinnosť riadne a včas zaplatiť za poskytnuté služby, čím porušil povinnosti vyplývajúce mu zo Zmluvy v spojení so Všeobecnými podmienkami. Keďže sa žalovaný s plnením peňažného dlhu dostal do omeškania, uplatnil si žalobca aj úrok z omeškania od dňa nasledujúceho po splatnosti tej ktorej faktúry. 2. Žalovanému súd doručoval žalobu s prílohami, poučením a výzvou na vyjadrenie do vlastných rúk. Súdna zásielka prevzal dňa 23.09.2024, avšak k žalobe sa nevyjadril. 3. Podľa § 151 ods. 1 Civilného sporového poriadku (ďalej len „C.s.p.“) , skutkové tvrdenia strany, ktoré protistrana výslovne nepoprela, sa považujú za nesporné.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Súd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1 000,- Eur. 5. Rozsudok bol verejne vyhlásený bez nariadenia pojednávania v zmysle § 219 ods. 3 C.s.p. dňa 20.11.2024 o 11.00 hod.. Miesto a čas verejného vyhlásenia rozsudku boli oznámené na úradnej tabuli súdu a na webovej stránke súdu v zákonnej lehote (od 22.10.2024 do 20.11.2024), strany sporu na verejnom vyhlásení rozsudku neboli prítomné. 6. Vykonaným dokazovaním mal súd preukázané, že žalobca uzavrel dňa 02.01.2021 so žalovaným, ako fyzickou osobou - nepodnikateľom, Zmluvu o poskytovaní služby Magio Televízia cez internet s dodatkami k Zmluve. Na základe tejto zmluvy bola žalovanému aktivovaná služba Magio Televízia cez internet s programom služby Magio GO Benefit, s Dodatkom k zmluve s toho istého dňa. Predmetom dodatku bolo poskytnutie SIM karty mobilný hlas a mobilného telefónu IMEI Samsung Galaxy A 20e, bola aktivovaná služba Mobilný Hlas, s programom služby T Nekonečno SD s dobou viazanosti 24 mesiacov podľa tabuľky 1 dodatku a súčet všetkých poskytnutých zliav bol 120,- €. Za službu T Nekonečno SD bola dohodnutá cena 42,- €, akciová kúpna cena zariadenia 0,04 € (neakciová cena 149,- €), základ zmluvnej pokuty 120,- €. Podľa tabuľky 2 – splátkový kalendár zariadenia dodatku k Zmluve bola za mobilný telefón poskytnutá zľava 302,- € (plná cena 369,- €), kúpna cena 67,- €, úhrada bola dohodnutá v 24. mesačných splátkach po 2,75 € pri zaplatení akontácie 1,- € a jednorazový poplatok za predčasné ukončenie predchádzajúcej viazanosti 0,83 €. 7. Za poskytnuté služby právny predchodca žalobcu vystavil faktúry, ktoré si ale v plnom rozsahu žalobou žalobca neuplatnil, nakoľko si uplatnil len fakturované položky, ktoré priamo súvisia s poskytnutými službami a zariadením, a to nasledovne: faktúru č.8287943753, splatnú dňa 18.08.2021, vystavenú na sumu 105,44 € a uplatňovaná žalobcom vo výške 105,44 €, faktúru č. 8289785081, splatnú dňa 20.09.2021, vystavenú na sumu 101,73 € a uplatňovaná žalobcom vo výške 101,73 €, faktúru č. 8291635512, splatnú dňa 18.10.2021, vystavenú na sumu 93,37 € a uplatňovanú žalobcom vo výške 74,47 €, faktúru č. 8293487021, splatnú dňa 18.11.2021, vystavenú na sumu 92,75 € a uplatňovaná žalobcom vo výške 92,75 €, faktúru č. 8295339216, splatnú dňa 20.12.2021, vystavenú na sumu 92,75 € a uplatňovaná žalobcom vo výške 92,75 € a faktúru č. 8297202170, splatnú dňa 18.01.2022, znejúcu na sumu 35,75 € a uplatňovaná suma žalobcom vo výške 35,75 €. Celková výška pohľadávky postúpená</w:t>
      </w:r>
    </w:p>
    <w:p>
      <w:r>
        <w:t>na žalobcu na základe Zmluvy o postúpení pohľadávok zo dňa 26.06.2023 postupcom, spoločnosťou Slovak Telekom, a.s. predstavovala sumu 502,89 €. Po postúpení pohľadávky nedošlo k žiadnej úhrade. 8. Žalovaný uvedené faktúry neuhradil. Súd sa s nimi oboznámil, tvoria prílohu podanej žaloby. Keďže uvedená Zmluva bola uzavreté právnym predchodcom žalobcu so žalovaným ako fyzickou osobou – nepodnikateľom, súd na daný vzťah okrem ustanovení zákona o elektronických komunikáciách uplatnil príslušné ustanovenia Občianskeho zákonníka. 9. Podľa § 52 zákona č. 40/1964 Zb. Občiansky zákonník platného a účinného v čase uzavretia zmluvy (ďalej len ako „OZ“) v znení neskorších predpisov,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Podľa § 53 ods. 1 OZ v znení neskorších predpisov,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v znení neskorších predpisov, za individuálne dojednané zmluvné ustanovenia sa nepovažujú také, s ktorými mal spotrebiteľ možnosť oboznámiť sa pred podpisom zmluvy, ak nemohol ovplyvniť ich obsah. Podľa § 53 ods. 3 OZ v znení neskorších predpisov ak dodávateľ nepreukáže opak, zmluvné ustanovenia dohodnuté medzi dodávateľom a spotrebiteľom sa nepovažujú za individuálne dojednané. Podľa § 53 ods. 4 písm. k/ OZ v znení neskorších predpisov za neprijateľné podmienky uvedené v spotrebiteľskej zmluve sa považujú najmä ustanovenia, ktoré požadujú od spotrebiteľa, ktorý nesplnil svoj záväzok, aby zaplatil neprimerane vysokú sumu ako sankciu spojenú s nesplnením jeho záväzku. Podľa § 53 ods. 5 OZ v znení neskorších predpisov, neprijateľné podmienky upravené v spotrebiteľských zmluvách sú neplatné. Podľa § 44 ods. 1 zákona č. 351/2011 Z.z. o elektronických komunikáciách v znení neskorších predpisov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Podľa § 43 ods. 1 písm. a ) zákona č. 351/2011 Z.z. o elektronických komunikáciách v znení neskorších predpisov podnik má právo na úhradu za poskytnutú verejnú službu. Podľa § 43 ods. 12 písm. a ), písm. b) zákona č. 351/2011 Z.z. o elektronických komunikáciách v znení neskorších predpisov účastník je povinný používať verejnú službu v súlade s týmto zákonom a so zmluvou o poskytovaní verejných služieb, platiť za poskytnutú verejnú službu podľa zmluvy o poskytovaní verejných služieb, a ak to povaha služby umožňuje, až na základe predloženej faktúry.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w:t>
      </w:r>
    </w:p>
    <w:p>
      <w:r>
        <w:t>Podľa § 517 ods.2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 Keďže sa žalovaný dostal do omeškania s platením faktúr za poskytnuté služby a odpredaného zariadenia v zmysle zmlúv, teda dostal sa do omeškania s plnením peňažného záväzku, priznal súd žalobcovi úrok z omeškania odo dňa nasledujúceho po splatnosti faktúr. 11. S poukazom na vyššie uvedené skutočnosti a v súlade s citovanými zákonnými ustanoveniami súd rozhodol tak, ako je uvedené vo výroku tohto rozsudku. Súd žalobe vyhovel v celom rozsahu aj s príslušenstvom uplatnenej pohľadávky, ktoré predstavujú zákonné úroky z omeškania. 12. O trovách konania súd rozhodol podľa § 255 ods. 1 a § 262 ods. 1, ods.2 C.s.p., teda úspešnému žalobcovi priznal nárok na náhradu trov konania v plnom rozsahu s tým, že o ich výške bude rozhodnuté samostatným uznesením vydaným súdnym úradníkom po právoplatnosti tohto rozsudku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w:t>
      </w:r>
    </w:p>
    <w:p>
      <w:r>
        <w:t>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https://www.kauzis.sk/judikatura/r/ECLI:SK:OSPP:2024:8724202945.2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