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23Csp/68/2024 z 9. 10. 2024</w:t>
      </w:r>
    </w:p>
    <w:p>
      <w:r>
        <w:t>Rozsudok Okresného súdu Poprad z 9. októbra 2024, sp. zn. 23Csp/68/2024, ECLI:SK:OSPP:2024:8724203085.2</w:t>
      </w:r>
    </w:p>
    <w:p>
      <w:r>
        <w:t>Súd: Okresný súd Poprad</w:t>
      </w:r>
    </w:p>
    <w:p>
      <w:r>
        <w:t>Spisová značka: 23Csp/68/2024</w:t>
      </w:r>
    </w:p>
    <w:p>
      <w:r>
        <w:t>ECLI: ECLI:SK:OSPP:2024:8724203085.2</w:t>
      </w:r>
    </w:p>
    <w:p>
      <w:r>
        <w:t>Dátum vydania: 9. 10. 2024</w:t>
      </w:r>
    </w:p>
    <w:p>
      <w:r>
        <w:t>Forma: Rozsudok</w:t>
      </w:r>
    </w:p>
    <w:p>
      <w:pPr>
        <w:pStyle w:val="Heading2"/>
      </w:pPr>
      <w:r>
        <w:t>Text rozhodnutia</w:t>
      </w:r>
    </w:p>
    <w:p>
      <w:r>
        <w:t>Súd: Spisová značka: Identifikačné číslo súdneho spisu: Dátum vydania rozhodnutia: Meno a priezvisko sudcu, VSÚ: ECLI:</w:t>
      </w:r>
    </w:p>
    <w:p>
      <w:r>
        <w:t>Okresný súd Poprad 23Csp/68/2024 8724203085 09. 10. 2024 JUDr. Juraj Šteffel ECLI:SK:OSPP:2024:8724203085.2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so sídlom Jilemnického 30, 036 01 Martin, IČO: 36 715 352, proti žalovanému: A. B., nar. XX. XX. XXXX, trvale bytom C. XXX/XX, XXX XX A. D., o zaplatenie 802,94 eur s prísl., takto rozhodol: I. Žalovaný j e p o v i n n ý zaplatiť žalobcovi 622,94 eur s úrokom z omeškania vo výške 5 % ročne od 28.12.2021 do zaplatenia, to všetko v lehote troch dní odo dňa nadobudnutia právoplatnosti tohto rozsudku. II. V prevyšujúcej časti sa žaloba</w:t>
      </w:r>
    </w:p>
    <w:p>
      <w:r>
        <w:t>zamieta.</w:t>
      </w:r>
    </w:p>
    <w:p>
      <w:r>
        <w:t>III. Žalobca m á voči žalovanému nárok na náhradu trov konania v rozsahu 55,2 %. odôvodnenie: 1. Žalobou z 26.07.2024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25.10.2020 jeho právny predchodca uzavrel so žalovaným Zmluvu o pôžičke č. 21641308/109811563. Jej predmetom boli peňažné prostriedky vo výške 831,40 eur. 4. Podľa zmluvy mal žalovaný splácať dlh v 63 mesačných splátkach vo výške 20 eur do celkovej sumy pôžičky vo výške 1.260 eur. 5. Do podania žaloby zaplatil žalovaný na svoj dlh sumu vo výške 180 eur. 6. Keďže žalovaný porušil povinnosť splácať dlh riadne a včas žalobca Predžalobnou upomienkou z 22.10.2021 vyzval žalovaného na úhradu dlžných splátok a upozornil ho na možnosť vyhlásenia splatnosti celého úveru. 7. Žalovaný dlh nezaplatil ani v dodatočnej lehote, a preto žalobca úver zosplatnil 20.12.2021. O tom bol žalovaný informovaný listom z 22.12.2021 označeným ako ,,Oznámenie o vyhlásení okamžitej splatnosti úveru“. Dôkaz o doručení oznámenia nenavrhol.</w:t>
      </w:r>
    </w:p>
    <w:p>
      <w:r>
        <w:t>8. Do podania žaloby žalovaný dlh nezaplatil. 9. Výzvu súdu z 10.09.2024 žalovaný prevzal 13.09.2024. K žalobe sa nevyjadril. 10. V prejednávanom spore sú predmetom konania peňažné prostriedky v celkovej výške 802,94 eur. 11. Zo zmluvy o spotrebiteľskom úvere, prehľadu splátok a úhrad, predžalobnej upomienky a oznámenia o vyhlásení okamžitej splatnosti úveru bol zistený tento skutkový stav: 12. Právny predchodca žalobcu (Consumer Finance Group, a. s.) uzavrel so žalovaným 25.10.2020 Zmluvu pod vyššie uvedeným číslom. Jej predmetom boli peňažné prostriedky vo výške 831,40 eur. 13. Ročná úroková sadzba bola stranami dohodnutá na úrovni 18,54 %. 14. Dlh sa žalovaný zaviazal splatiť 63 mesačnými splátkami vo výške 20 eur. 15. Celkové náklady žalovaného v postavení spotrebiteľa predstavujú sumu vo výške 428,60 eur. 16. RPMN v zmluve bola dojednaná na úrovni 18,54 %. 17. Splatnosť prvej splátky bola dojednaná na 20.11.2020. Ďalšie splátky sa žalovaný zaviazal splácať k 20. dňu v príslušnom mesiaci. 18. Predžalobnou upomienkou z 22.10.2021 právny predchodca žalobcu vyzval žalovaného na úhradu dlhu na splátkach v celkovej výške 60 eur do 05.12.2021. V nej ho zároveň upozornil, že ak nedôjde k úhrade splátky bude ako veriteľ oprávnený úver zosplatniť. 19. Predžalobnú upomienku žalovaný prevzal 28.10.2021. 20. Listom z 22.12.2021 žalobca vyhlásil okamžitú splatnosť úveru a vyzval žalovaného na zaplatenie dlhu vo výške 803,04 eur. 21. Z prehľadu splátok a úhrad súd zistil, že žalovaný mal žalobcovi zaplatiť istinu vo výške 831,40 eur. Na dlh zaplatil 180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dodávateľ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Dodávateľ je osoba, ktorá pri uzatváraní a plnení spotrebiteľskej zmluvy koná v rámci predmetu svojej obchodnej alebo inej podnikateľskej činnosti.</w:t>
      </w:r>
    </w:p>
    <w:p>
      <w:r>
        <w:t>28. Spotrebiteľ je fyzická osoba, ktorá pri uzatváraní a plnení spotrebiteľskej zmluvy nekoná v rámci predmetu svojej obchodnej činnosti alebo inej podnikateľskej činnosti. 29.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dodávateľa, žalovaný v postavení spotrebiteľa s tým, že obsah zmluvy bol daný dodávateľom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úvere občiansky záväzkový právny vzťah, v rámci ktorého boli žalovanému v právnom postavení dlžníka poskytnuté peňažné prostriedky vo výške 831,40 eur. Túto mal žalovaný splácať v pravidelných mesačných splátkach. Keďže žalovaný dlh nesplácal riadne a včas, právny predchodca žalobcu zosplatnil úver. 37. Medzi stranami nebolo sporné tvrdenie žalobcu, podľa ktorého žalovaný na svoj dlh zaplatil sumu v celkovej výške 180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w:t>
      </w:r>
    </w:p>
    <w:p>
      <w:r>
        <w:t>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w:t>
      </w:r>
    </w:p>
    <w:p>
      <w:r>
        <w:t>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(v prejednávanom spore v časti uplatnenej pohľadávky).</w:t>
      </w:r>
    </w:p>
    <w:p>
      <w:r>
        <w:t>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Žalovaný pri podpise zmluvy uviedol, že od júla 2018 je zamestnancom obchodnej spoločnosti Treves Slovakia s čistým mesačným príjmom vo výške 650 eur. Žalovaný neuviedol, žeby mal akékoľvek záväzky. Toto vyhlásenie žalovaného pôvodný veriteľ vôbec neskúmal a neoveroval. 68. Je zrejmé, že pôvodný veriteľ sa pri uzatváraní úverovej zmluvy zameral, (aj to veľmi formálne) len na zistenie pomerov žalovaného a jeho schopnosť splácať úver komplexne neskúmal. V priebehu konania žalobca nepreukázal, žeby pôvodný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831,40 eur. Veriteľovi pohľadávky na dlh zaplatil 180 eur. Žalobca má tak nárok na zaplatenie sumy predstavujúcej rozdiel medzi sumou poskytnutých peňažných prostriedkov (831,40 eur) a sumou splátok realizovaných žalovaným v postavení dlžníka (180 eur). Preto bol žalobcovi priznaný nárok na zaplatenie sumy vo výške 622,94 eur. 71. Súd prizná strane náhradu trov konania podľa pomeru jej úspechu vo veci (ust. § 255 ods. 1 C. s. p.). 72. O nároku na náhradu trov konania rozhodne aj bez návrhu súd v rozhodnutí, ktorým sa konanie končí (ust. § 262 ods. 1 C. s. p.). 73. Žalobca sa domáhal zaplatenia sumy 802,94 eur. Jeho úspech predstavuje suma vo výške 622,94 eur (77,6 %). Úspech žalovaného predstavuje suma vo výške 180 eur (22,4 %). 74. Žalobca bol v konaní úspešný v rozsahu 55,20 %, a preto mu bol voči žalovanému priznaný nárok na ich náhradu v tomto rozsahu (výrok III.).</w:t>
      </w:r>
    </w:p>
    <w:p>
      <w:r>
        <w:t>75. Podľa § 262 ods. 2 C. s. 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https://www.kauzis.sk/judikatura/r/ECLI:SK:OSPP:2024:8724203085.2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