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10P/138/2024 z 7. 10. 2024</w:t>
      </w:r>
    </w:p>
    <w:p>
      <w:r>
        <w:t>Rozsudok Okresného súdu Poprad z 7. októbra 2024, sp. zn. 10P/138/2024, ECLI:SK:OSPP:2024:8724203128.2</w:t>
      </w:r>
    </w:p>
    <w:p>
      <w:r>
        <w:t>Súd: Okresný súd Poprad</w:t>
      </w:r>
    </w:p>
    <w:p>
      <w:r>
        <w:t>Spisová značka: 10P/138/2024</w:t>
      </w:r>
    </w:p>
    <w:p>
      <w:r>
        <w:t>ECLI: ECLI:SK:OSPP:2024:8724203128.2</w:t>
      </w:r>
    </w:p>
    <w:p>
      <w:r>
        <w:t>Dátum vydania: 7.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10P/138/2024 8724203128 07. 10. 2024 JUDr. František Krasňan ECLI:SK:OSPP:2024:8724203128.2</w:t>
      </w:r>
    </w:p>
    <w:p>
      <w:r>
        <w:t>ROZSUDOK V MENE SLOVENSKEJ REPUBLIKY Okresný súd Poprad, sudcom JUDr. Františkom Krasňanom, vo veci starostlivosti o mal. matku A. B., nar. X.X.XXXX, bytom C. D., E. XXX/XX, zast. opatrovníkom, Úradom práce, sociálnych vecí a rodiny v Poprade, dieťa rodičov: matka A. B., nar. XX.XX.XXXX, bytom C. D., E. XXX/XX a otec C. B., nar. X.X.XXXX, bytom C. D., E. XXX/XX, v konaní začatom na návrh maloletej matky o priznanie rodičovských práv a povinností vo vzťahu k osobnej starostlivosti o mal. dieťa A. B., nar. X.X.XXXX, takto rozhodol: I. Priznáva mal. matke A. B., nar. X.X.XXXX rodičovské práva a určuje povinnosti vo vzťahu k osobnej starostlivosti o mal. A. B., nar. X.X.XXXX. II. Súd ustanovuje za poručníka pre mal. A. B., nar. X.X.XXXX jeho starú matku A. B., nar. XX.XX.XXXX, trvale bytom C. D., E. XXX/XX, ktorá je oprávnená a povinná mal. dieťa zastupovať, spravovať jeho majetok a dbať pritom na pokyny súdu do plnoletosti matky mal. dieťaťa. III.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https://www.kauzis.sk/judikatura/r/ECLI:SK:OSPP:2024:8724203128.2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