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10P/142/2024 z 24. 10. 2024</w:t>
      </w:r>
    </w:p>
    <w:p>
      <w:r>
        <w:t>Rozsudok Okresného súdu Poprad z 24. októbra 2024, sp. zn. 10P/142/2024, ECLI:SK:OSPP:2024:8724203171.2</w:t>
      </w:r>
    </w:p>
    <w:p>
      <w:r>
        <w:t>Súd: Okresný súd Poprad</w:t>
      </w:r>
    </w:p>
    <w:p>
      <w:r>
        <w:t>Spisová značka: 10P/142/2024</w:t>
      </w:r>
    </w:p>
    <w:p>
      <w:r>
        <w:t>ECLI: ECLI:SK:OSPP:2024:8724203171.2</w:t>
      </w:r>
    </w:p>
    <w:p>
      <w:r>
        <w:t>Dátum vydania: 24. 10.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10P/142/2024 8724203171 24. 10. 2024 JUDr. František Krasňan ECLI:SK:OSPP:2024:8724203171.2</w:t>
      </w:r>
    </w:p>
    <w:p>
      <w:r>
        <w:t>ROZSUDOK V MENE SLOVENSKEJ REPUBLIKY Okresný súd Poprad, sudca JUDr. František Krasňan, vo veci starostlivosti o mal. A. B., nar. XX.XX.XXXX, bytom C. XXX/X, C., zast. Úradom práce, sociálnych vecí a rodiny Poprad, dieťa rodičov: otec neb. A. B., nar. X.X.XXXX, zomr. XX.XX.XXXX a matka D. B., nar. XX.X.XXXX, bytom C. XXX/X, C., v konaní začatom na návrh matky o schválenie právneho úkonu, takto rozhodol: I. Schvaľuje za maloletú A. B., nar. XX.XX.XXXX, bytom C. XXX/X, XXX XX C., právny úkon urobený matkou maloletej D. B., E. F., nar. XX.XX.XXXX, bytom C. XXX/X, XXX XX C. spočívajúci v uzavretí a podpísaní kúpnej zmluvy, ktorou maloletá ako spoluvlastník a predávajúci v 6. rade predáva a kupujúci F. G. a manželka H. I. G. ako kupujúci kupujú nehnuteľnosti - rodinný dom, súpisné číslo XXX, pozemok parcelné číslo G. XXX a pozemok parcelné číslo G. XXX evidované a zapísané v Katastri nehnuteľnosti Okresného úradu Poprad, katastrálny odbor, na liste vlastníctva č. XXX, pre katastrálne územie J. K., spoluvlastnícky podiel maloletej o veľkosti 1/12 je evidovaný pod por. č. 7. II. Žiaden z účastníkov nemá právo na náhradu trov konania. odôvodnenie: 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w:t>
      </w:r>
    </w:p>
    <w:p/>
    <w:p>
      <w:r>
        <w:t>Zdroj: KAUZIS.SK – https://www.kauzis.sk/judikatura/r/ECLI:SK:OSPP:2024:8724203171.2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