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10P/161/2024 z 11. 10. 2024</w:t>
      </w:r>
    </w:p>
    <w:p>
      <w:r>
        <w:t>Rozsudok Okresného súdu Poprad z 11. októbra 2024, sp. zn. 10P/161/2024, ECLI:SK:OSPP:2024:8724203403.2</w:t>
      </w:r>
    </w:p>
    <w:p>
      <w:r>
        <w:t>Súd: Okresný súd Poprad</w:t>
      </w:r>
    </w:p>
    <w:p>
      <w:r>
        <w:t>Spisová značka: 10P/161/2024</w:t>
      </w:r>
    </w:p>
    <w:p>
      <w:r>
        <w:t>ECLI: ECLI:SK:OSPP:2024:8724203403.2</w:t>
      </w:r>
    </w:p>
    <w:p>
      <w:r>
        <w:t>Dátum vydania: 11. 10.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10P/161/2024 8724203403 11. 10. 2024 JUDr. František Krasňan ECLI:SK:OSPP:2024:8724203403.2</w:t>
      </w:r>
    </w:p>
    <w:p>
      <w:r>
        <w:t>ROZSUDOK V MENE SLOVENSKEJ REPUBLIKY Okresný súd Poprad, sudcom JUDr. Františkom Krasňanom, vo veci starostlivosti o mal. dieťa: A. B., nar. XX.XX.XXXX, bytom ako matka, zast. opatrovníkom Úradom práce, sociálnych vecí a rodiny Poprad, dieťa rodičov: matka C. D. B., nar. XX.XX.XXXX, bytom E. XXXX/XX, XXX XX F. a otec A. B., nar. XX.XX.XXXX, bytom F. G. XXX/XX, XXX XX F., v konaní začatom na návrh matky o zvýšenie výživného, takto rozhodol: I. Schvaľuje rodičovskú dohodu v nasledovnom znení: M e n í rozsudok Okresného súdu Poprad č. k. 15P/170/2019 - 27 zo dňa 19.11.2019 tak, že z v y š u j e výživné zo strany otca pre maloleté dieťa: A. B., nar. XX.XX.XXXX zo sumy 175,- eur mesačne na sumu 275,- eur mesačne od 01.09.2024, ktoré je otec p o v i n n ý platiť do rúk matky vždy do 15. dňa v mesiaci vopred. Dlžné výživné za obdobie od 01.09.2024 do 30.09.2024 spolu v sume 100,- eur je otec povinný zaplatiť v lehote 15 dní od právoplatnosti tohto rozsudku do rúk matky. II. Žiaden z účastníkov n e m 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 Proti tomuto rozsudku v časti výroku o schválení dohody rodičov nie sú rodičia oprávnení podať odvolanie. ( § 122 CMP).</w:t>
      </w:r>
    </w:p>
    <w:p>
      <w:r>
        <w:t>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w:t>
      </w:r>
    </w:p>
    <w:p/>
    <w:p>
      <w:r>
        <w:t>Zdroj: KAUZIS.SK – https://www.kauzis.sk/judikatura/r/ECLI:SK:OSPP:2024:8724203403.2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