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24Csp/78/2024 z 29. 10. 2024</w:t>
      </w:r>
    </w:p>
    <w:p>
      <w:r>
        <w:t>Rozsudok Okresného súdu Poprad z 29. októbra 2024, sp. zn. 24Csp/78/2024, ECLI:SK:OSPP:2024:8724203530.2</w:t>
      </w:r>
    </w:p>
    <w:p>
      <w:r>
        <w:t>Súd: Okresný súd Poprad</w:t>
      </w:r>
    </w:p>
    <w:p>
      <w:r>
        <w:t>Spisová značka: 24Csp/78/2024</w:t>
      </w:r>
    </w:p>
    <w:p>
      <w:r>
        <w:t>ECLI: ECLI:SK:OSPP:2024:8724203530.2</w:t>
      </w:r>
    </w:p>
    <w:p>
      <w:r>
        <w:t>Dátum vydania: 29.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24Csp/78/2024 8724203530 29. 10. 2024 JUDr. Dušan Miškovčík ECLI:SK:OSPP:2024:8724203530.2</w:t>
      </w:r>
    </w:p>
    <w:p>
      <w:r>
        <w:t>ROZSUDOK V MENE SLOVENSKEJ REPUBLIKY Okresný súd Poprad sudcom JUDr. Dušanom Miškovčíkom v spore žalobcu: Všeobecná úverová banka a.s., skrátený názov VÚB a.s., so sídlom Mlynské Nivy 1, Bratislava, IČO: 31 320 155, zastúpeného Advokátska kancelária Gallo s.r.o., so sídlom Jilemnického 4012/30, 036 01 Martin, IČO: 36 715 352, proti žalovanému: A. B., nar. XX.XX.XXXX, trvale bytom XXX XX C. XXX, o zaplatenie 119,82 eur s príslušenstvom, takto rozhodol: I. Žalovaný j e p o v i n n ý zaplatiť žalobcovi sumu 48,40 eur spolu s úrokom z omeškania vo výške 5 % ročne zo sumy 48,40 eur od 05.02.2022 do zaplatenia, a to do 3 dní od právoplatnosti rozsudku. II. Vo zvyšnej časti žalobu z a m i e t a. III. Stranám sporu náhradu trov konania n e p r i z n á v a. odôvodnenie: 1. Žalobca sa žalobou podanou na súd dňa 27.08.2024 domáhal, aby súd žalovaného zaviazal na zaplatenie sumy vo výške 119,82 eur spolu s úrokom z omeškania o výške 5% ročne zo žalovanej sumy od 05.02.2022 do zaplatenia a náhradou trov konania. 2. Žalobu žalobca odôvodnil tvrdeniami, že žalobca a žalovaný uzatvorili dňa 01.02.2020 zmluvu o pôžičke ev. č. XXXXXXXX/XXXXXXXX na základe ktorej poskytol žalobca žalovanému pôžičku vo výške 408,40 eur na kúpu spotrebného tovaru. Podľa zmluvy o pôžičke mal žalovaný splácať pôžičku v pravidelných 24 mesačných splátkach v sume 20 eur, a to až do celkovej sumy pôžičky vo výške 480 eur. Do dňa podania žaloby uhradil žalovaný žalobcovi sumu 360 eur. Keďže žalovaný porušil svoju povinnosť splácať poskytnutú pôžičku riadne a včas, žalobca listom zo dňa 26.11.2021 vyzval žalovaného k úhrade dlžnej sumy, na čo žalobca žalovanému poskytol dodatočnú lehotu na plnenie viac než 30 dní. Zároveň žalovaného upozornil na možnosť vyhlásenia splatnosti celého úveru. Nakoľko k úhrade dlžných splátok ani v dodatočne poskytnutej lehote nedošlo, žalobca dňa 28.01.2022 úver zosplatnil, o čom bol žalovaný informovaný listom zo dňa 30.01.2022. Žalovaný do dňa podania žaloby svoj dlh nezaplatil. 3. Na preukázanie svojich tvrdení žalobca predložil súdu zmluvu o spotrebiteľskom úvere č. 0029800252 zo dňa 01.02.2020 spolu s obchodnými podmienkami, výzvu zo dňa 26.11.2021 spolu s doručenkou, oznámenie o vyhlásení okamžitej splatnosti úveru zo dňa 30.01.2022 a prehľad splátok a úhrad. 4. Žalovanému bola žaloba doručená do vlastných rúk dňa 23.09.2024, pričom žalovaný sa k žalobe nevyjadril a neuplatnil žiadne prostriedky procesnej obrany.</w:t>
      </w:r>
    </w:p>
    <w:p>
      <w:r>
        <w:t>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29.10.2024, pričom miesto a čas verejného vyhlásenia rozsudku boli v súlade s ust. § 219 ods. 3 CSP oznámené na úradnej tabuli súdu vyvesením dňa 22.10.2024 a súčasne aj na webovej stránke tunajšieho súdu. Strany sporu sa na verejné vyhlásenie rozsudku nedostavili. 6. Súd oboznámil s obsahom žaloby a vykonal vo veci dokazovanie oboznámením sa s obsahom zmluvy o spotrebiteľskom úvere č. 0029800252 zo dňa 01.02.2020 spolu s obchodnými podmienkami, výzvy zo dňa zo dňa 26.11.2021 spolu s doručenkou, oznámením o vyhlásení okamžitej splatnosti úveru zo dňa 30.01.2022 a prehľadu splátok a úhrad a zistil tento skutkový stav: 7. Na základe zmluvy o spotrebiteľskom úvere č. 0029800252 zo dňa 01.02.2020 uzavretej medzi žalovaným a žalobcom bol žalovanému poskytnutý spotrebiteľský úver vo výške 408,40 eur. Žalovaný mal žalobcovi uhradiť sumu poskytnutého úveru v celkovej sume 480 eur v 24 mesačných splátkach vo výške 20 eur. V zmluve bola dohodnutá výška úrokovej sadzby 17,80%, RPMN 17,80%, splatnosť každej mesačnej splátky vždy k 20. dňu v mesiaci. Žalovaný žalobcovi pred podaním žaloby uhradil sumu 360 eur. 8. Podľa § 657 Občianskeho zákonníka zmluvou o pôžičke prenecháva veriteľ dlžníkovi veci určené podľa druhu, najmä peniaze, a dlžník sa zaväzuje vrátiť po uplynutí dohodnutej doby veci rovnakého druhu. 9.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10.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11.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12.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w:t>
      </w:r>
    </w:p>
    <w:p>
      <w:r>
        <w:t>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w:t>
      </w:r>
    </w:p>
    <w:p>
      <w:r>
        <w:t>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7 ods. 1 a 2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16.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17. Podľa § 52 ods. 1 Občianskeho zákonníka spotrebiteľskou zmluvou je každá zmluva bez ohľadu na právnu formu, ktorú uzatvára dodávateľ so spotrebiteľom.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w:t>
      </w:r>
    </w:p>
    <w:p>
      <w:r>
        <w:t>20. Podľa § 53 ods. 3 Občianskeho zákonníka, ak dodávateľ nepreukáže opak, zmluvné ustanovenia dohodnuté medzi dodávateľom a spotrebiteľom sa nepovažujú za individuálne dojednané. 21.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22. Podľa § 121 ods. 3 Občianskeho zákonníka príslušenstvom pohľadávky sú úroky, úroky z omeškania, poplatok z omeškania a náklady spojené s jej uplatnením. 23. Podľa § 39 Občianskeho zákonníka neplatný je právny úkon, ktorý svojím obsahom alebo účelom odporuje zákonu alebo ho obchádza alebo sa prieči dobrým mravom. 24. Predložená zmluva medzi žalobcom a žalovaným je zmluvou typovou. Nakoľko dlžník nepoužil predmet plnenia na podnikanie, žalobca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žalobca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w:t>
      </w:r>
    </w:p>
    <w:p>
      <w:r>
        <w:t>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34. Žalobca nijakým spôsobom súdu nepreukázal, že pri poskytovaní úveru žalovanému postupoval dôsledne v súlade s § 7 ZoSÚ a náležite preveril schopnosť spotrebiteľa splácať poskytnutý spotrebiteľský úver. Uvedené skutočnosti žalobca nielenže súdu v rámci dokazovania nepreukázal, dokonca neuniesol ani bremeno tvrdenia ako jedno zo základných bremien, ktoré musí strana sporu v konaní uniesť. Žaloba neobsahuje nijaké skutkové tvrdenia týkajúce sa posudzovania bonity spotrebiteľa pri uzatváraní úverovej zmluvy. Strana sporu sa svojej povinnosti uviesť v konaní skutkové tvrdenia podstatné pre rozhodnutie vo veci nezbaví tým, že odkáže na dôkazy (v tomto prípade úverovú zmluvu), z ktorých by uvedené skutočnosti mali vyplývať. 35. Z predloženej úverovej zmluvy vyplýva, že žalobca pri jej uzatváraní zistil od spotrebiteľa výlučne údaje, ktoré sa týkali jeho rodinného stavu, dosiahnutého vzdelania, či spôsobu bývania. Príjmy a výdavky spotrebiteľa síce formálne v zmluve uvedené sú, avšak žalobca pri uzatváraní zmluvy spotrebiteľom uvedené údaje nijako nepreveroval a to ani minimálne v rozsahu predloženia potvrdenia o prijme spotrebiteľa. V konaní nebolo tvrdené a ani preukázané, že by žalobca nahliadol do príslušnej databázy údajov o spotrebiteľoch na účely posudzovania jeho schopnosti splácania úverov.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Vzhľadom na uvedené možno skonštatovať, že žalobca v konaní neuniesol tak bremeno tvrdenia ako aj dôkazné bremeno ohľadom jeho postupu s odbornou starostlivosťou pristupovať ku skúmaniu schopnosti žalovaného splácať spotrebiteľský úver, čím porušil svoju povinnosť vyplývajúcu mu z ustanovenia § 7 ZoSÚ a to podstatným spôsobom.</w:t>
      </w:r>
    </w:p>
    <w:p>
      <w:r>
        <w:t>36. Právnym následkom posudzovania schopnosti žalovaného splácať spotrebiteľský úver bez akýchkoľvek údajov o príjmoch, či výdavkoch spotrebiteľa, či bez prihliadnutia na údaje z príslušnej databázy alebo registra, tak ako tomu bolo aj v tomto prípade, je to, že úver sa považuje za bezúročný a bez poplatkov, keďže takýto postup sa považuje za hrubé porušenie povinností veriteľa preveriť tzv. bonitu spotrebiteľa. 37. Žalobca v rámci poskytnutého spotrebiteľského úveru zmluvou č. 0029800252 zo dňa 01.02.2020 poskytol žalovanému sumu 408,40 eur. Nakoľko súd považoval spotrebiteľský úver za bezúročný a bez poplatkov, žalovanému vznikla povinnosť vrátiť žalobcovi finančné prostriedky v sume 408,40 eur. Medzi stranami sporu nebolo sporné, že žalovaný z uvedenej sumy uhradil žalobcovi celkovo sumu 360 eur. Istinu z tejto úverovej zmluvy tak tvorí rozdiel medzi sumou poskytnutou a sumou uhradenou, teda suma 48,40 eur. Vzhľadom na uvedené v prevyšujúcej časti súd žalobu zamietol. 38. Podľa § 517 ods. 1 prvá veta Občianskeho zákonníka dlžník, ktorý svoj dlh riadne a včas nesplní, je v omeškaní. 39.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40. Vykonávajúcim predpisom ustanovujúcim výšku úrokov z omeškania a poplatku z omeškania je Nariadenie vlády Slovenskej republiky č. 87/1995 Z. z., ktorým sa vykonávajú niektoré ustanovenia Občianskeho zákonníka. Podľa § 3 nariadenia vlády č. 87/1995 Z.z.,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41. Žalobcom požadovaná sadzba úroku z omeškania 5 % ročne takto určenú sadzbu nepresahuje, dňa 05.02.2022 od ktorého žalobca žiadal priznať úrok z omeškania žalovaný bol v omeškaní so zaplatením dlžnej sumy 48,40 eur a toto jeho omeškanie trvá, súd preto uložil žalovanému popri istine zaplatiť žalobcovi aj úrok z omeškania v sadzbe 5 % ročne z tejto sumy od 05.02.2022 do zaplatenia. 42. Podľa § 262 ods. 1 Civilného sporového poriadku v znení neskorších predpisov (ďalej len „CSP“) o nároku na náhradu trov konania rozhodne aj bez návrhu súd v rozhodnutí, ktorým sa konanie končí. 43. Podľa § 255 ods. 1 a 2 CSP súd prizná náhradu trov konania podľa pomeru úspechu vo veci. Ak mala strana vo veci úspech len čiastočný, súd náhradu trov konania pomerne rozdelí, prípadne vysloví, že žiadna zo strán nemá na náhradu trov konania právo. 44.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45. Žalobca mal úspech v časti sumy 48,40 eur, v ktorej súd žalobe žalobcu vyhovel. Naopak v časti istiny v sume 71,42 eur súd žalobu zamietol. Žalobca tak bol úspešný v časti 40,39 % žalobou uplatneného nároku a žalovaný vo výške 59,61 % žalobou uplatneného nároku. O trovách konania súd rozhodol podľa § 255 ods. 1 a 2 a § 262 ods. 1 CSP s poukazom na článok 4 ods. 1 CSP tak, že náhradu trov konania stranám sporu nepriznal. Vo vzťahu k pôvodne uplatnenému nároku výsledok konania je taký, že žalobe bolo sčasti vyhovené, sčasti bola zamietnutá, tak žalobca ako i žalovaný boli teda v časti úspešní, v časti neúspešní. Poučenie: Proti tomuto rozsudku možno podať odvolanie do 15 dní odo dňa jeho doručenia na Okresný súd Poprad.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https://www.kauzis.sk/judikatura/r/ECLI:SK:OSPP:2024:8724203530.2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