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15P/57/2024 z 3. 12. 2024</w:t>
      </w:r>
    </w:p>
    <w:p>
      <w:r>
        <w:t>Rozsudok Okresného súdu Poprad z 3. decembra 2024, sp. zn. 15P/57/2024, ECLI:SK:OSPP:2024:8724204572.3</w:t>
      </w:r>
    </w:p>
    <w:p>
      <w:r>
        <w:t>Súd: Okresný súd Poprad</w:t>
      </w:r>
    </w:p>
    <w:p>
      <w:r>
        <w:t>Spisová značka: 15P/57/2024</w:t>
      </w:r>
    </w:p>
    <w:p>
      <w:r>
        <w:t>ECLI: ECLI:SK:OSPP:2024:8724204572.3</w:t>
      </w:r>
    </w:p>
    <w:p>
      <w:r>
        <w:t>Dátum vydania: 3. 12.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15P/57/2024 8724204572 03. 12. 2024 JUDr. Dagmar Soliarová ECLI:SK:OSPP:2024:8724204572.3</w:t>
      </w:r>
    </w:p>
    <w:p>
      <w:r>
        <w:t>ROZSUDOK V MENE SLOVENSKEJ REPUBLIKY Okresný súd Poprad, sudkyňa JUDr. Dagmar Soliarová, v právnej veci navrhovateľky: A. B., nar. XX.XX.XXXX, nar.XX.XX.XXXX, bytom A., C. D. XXX/XX, proti odporcovi: E. B., nar. XX.X.XXXX, bytom C. D. XXX/XX, A., v konaní o rozvod manželstva a úpravu rodičovských práv a povinností k mal. dieťaťu: F. B., nar. XX.X.XXXX, zast. opatrovníkom Úradom práce, sociálnych vecí a rodiny Poprad, takto rozhodol: I. Súd manželstvo účastníkov konania A. B., nar. XX.XX.XXXX a E. B., F. G., nar. XX.X.XXXX, uzavreté dňa 21.10.1995, zapísané v knihe manželstiev matričného úradu H., vo zväzku 18, ročník 1995, na strane 130, pod poradovým číslom 259, r o z v á d z a . II.</w:t>
      </w:r>
    </w:p>
    <w:p>
      <w:r>
        <w:t>S c h v a ľ u j e rodičovskú dohodou na čas po rozvode v nasledovnom znení:</w:t>
      </w:r>
    </w:p>
    <w:p>
      <w:r>
        <w:t>Z v e r u j e maloleté dieťa: F. B., nar. XX.XX.XXXX do osobnej starostlivosti matky s tým, že obaja rodičia budú maloleté dieťa zastupovať a spravovať jeho majetok. Z a v ä z u j e otca prispievať na výživu mal. dieťaťa: F. B., nar. XX.XX.XXXX, sumou 100,- eur mesačne počnúc dňom právoplatnosti tohto rozsudku, ktoré je otec p o v i n n ý platiť do rúk matky vždy do 15. dňa v mesiaci. Styk otca s mal. dieťaťom sa n e u p r a v u j e. III. Žiaden z účastníkov</w:t>
      </w:r>
    </w:p>
    <w:p>
      <w:r>
        <w:t>nemá</w:t>
      </w:r>
    </w:p>
    <w:p>
      <w:r>
        <w:t>nárok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w:t>
      </w:r>
    </w:p>
    <w:p>
      <w:r>
        <w:t>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https://www.kauzis.sk/judikatura/r/ECLI:SK:OSPP:2024:8724204572.3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