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Okresného súdu Poprad sp. zn. 18Csp/19/2024 z 26. 2. 2025</w:t>
      </w:r>
    </w:p>
    <w:p>
      <w:r>
        <w:t>Uznesenie Okresného súdu Poprad z 26. februára 2025, sp. zn. 18Csp/19/2024, ECLI:SK:OSPP:2025:8724202033.2</w:t>
      </w:r>
    </w:p>
    <w:p>
      <w:r>
        <w:t>Súd: Okresný súd Poprad</w:t>
      </w:r>
    </w:p>
    <w:p>
      <w:r>
        <w:t>Spisová značka: 18Csp/19/2024</w:t>
      </w:r>
    </w:p>
    <w:p>
      <w:r>
        <w:t>ECLI: ECLI:SK:OSPP:2025:8724202033.2</w:t>
      </w:r>
    </w:p>
    <w:p>
      <w:r>
        <w:t>Dátum vydania: 26. 2. 2025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Poprad 18Csp/19/2024 8724202033 26. 02. 2025 JUDr. Mariana Gavalierová ECLI:SK:OSPP:2025:8724202033.2</w:t>
      </w:r>
    </w:p>
    <w:p>
      <w:r>
        <w:t>Uznesenie Okresný súd Poprad v právnej veci žalobcu MINIHOTOVOST, SE, so sídlom Náměstí T. G. Masaryka 2392/17, 690 02 Břeclav, Česká republika, IČO: 04355211, právne zast. JUDr. Katarína Hegedüšová, Majerníkova 3479/3A, Bratislava, IČO: 42 185 190 proti žalovanej A. B., nar. XX.XX.XXXX, bytom C. D. XX v konaní o zaplatenie 50,-- Eur s prísl., takto rozhodol: I. Súd konanie z a s t a v u j e. II. Súd p r i z n á v a žalobcovi náhradu trov konania v rozsahu 100 % voči žalovanej. odôvodnenie: 1. Na tunajšom súde sa vedie konanie o zaplatenie 50,-- Eur s prísl. Podaním zo dňa 03.02.2025 zobral žalobu právny zástupca žalobu späť v celom rozsahu z dôvodu úhrady po podaní žaloby. 2. Podľa § 144 CSP žalobca môže vziať žalobu späť. 3. Podľa § 145 CSP ak je žaloba vzatá späť celkom, súd konanie zastaví. Ak je žaloba vzatá späť sčasti, súd konanie v tejto časti zastaví. O čiastočnom späťvzatí žaloby rozhodne súd v rozhodnutí vo veci samej. Ak je žaloba vzatá späť sčasti pred jej doručením žalovanému, koná súd o zvyšku nároku bez rozhodovania o zastavení konania v tejto časti. 4. Vzhľadom na uvedené skutočnosti a citované zákonné ustanovenia súd rozhodol tak, ako je uvedené vo výroku tohto uznesenia. 5. O trovách konania súd rozhodol podľa § 256 ods. 1 CSP a to tak, že priznal žalobcovi náhradu trov konania voči žalovanej v rozsahu 100 %, nakoľko k úhrade došlo po podaní žaloby. Poučenie: Proti tomuto uzneseniu je možné podať odvolanie do 15 dní od doručenia uznesenia na tunajšom súde. V odvolaní sa má popri všeobecných náležitostiach podania uviesť, proti ktorému rozhodnutiu smeruje, v akom rozsahu sa napáda, z akých dôvodov sa rozhodnutie považuje za nesprávne /odvolacie dôvody/ a čoho sa odvolateľ domáha /odvolací návrh/. Ak bola uložená povinnosť a povinný dobrovoľne nesplní, čo mu ukladá vykonateľné rozhodnutie, oprávnený môže podať návrh na vykonanie exekúcie podľa osobitného zákona.</w:t>
      </w:r>
    </w:p>
    <w:p/>
    <w:p>
      <w:r>
        <w:t>Zdroj: KAUZIS.SK – https://www.kauzis.sk/judikatura/r/ECLI:SK:OSPP:2025:8724202033.2 (dáta aktuálne k 26.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