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19Csp/60/2024 z 29. 1. 2025</w:t>
      </w:r>
    </w:p>
    <w:p>
      <w:r>
        <w:t>Rozsudok Okresného súdu Poprad z 29. januára 2025, sp. zn. 19Csp/60/2024, ECLI:SK:OSPP:2025:8724204502.2</w:t>
      </w:r>
    </w:p>
    <w:p>
      <w:r>
        <w:t>Súd: Okresný súd Poprad</w:t>
      </w:r>
    </w:p>
    <w:p>
      <w:r>
        <w:t>Spisová značka: 19Csp/60/2024</w:t>
      </w:r>
    </w:p>
    <w:p>
      <w:r>
        <w:t>ECLI: ECLI:SK:OSPP:2025:8724204502.2</w:t>
      </w:r>
    </w:p>
    <w:p>
      <w:r>
        <w:t>Dátum vydania: 29. 1.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Poprad 19Csp/60/2024 8724204502 29. 01. 2025 JUDr. Iveta Jenčová ECLI:SK:OSPP:2025:8724204502.2</w:t>
      </w:r>
    </w:p>
    <w:p>
      <w:r>
        <w:t>ROZSUDOK V MENE SLOVENSKEJ REPUBLIKY 19Csp/60/2024</w:t>
      </w:r>
    </w:p>
    <w:p>
      <w:r>
        <w:t>Okresný súd Poprad - sudkyňou JUDr. Ivetou Jenčovou v spore žalobcu: Všeobecná úverová banka, a.s.; skrátený názov: VÚB, a.s., so sídlom Mlynské nivy 1, Bratislava-Ružinov, IČO: 31 320 155, právne zastúpený: Advokátska kancelária Gallo s.r.o., so sídlom Jilemnického 4012/30, Martin, IČO: 36 715 352, proti žalovanému: A. B., nar. X.XX.XXXX, trvale bytom C. XXX/X, XXX XX C., občan SR, o zaplatenie 833,55 € s príslušenstvom takto rozhodol: 19Csp/60/2024</w:t>
      </w:r>
    </w:p>
    <w:p>
      <w:r>
        <w:t>I. Žalovaný je p o v i n n ý zaplatiť žalobcovi sumu vo výške 833,55 € s 5% úrokom z omeškania ročne od 25.02.2022 do zaplatenia, na účet vedený vo VÚB – č. ú.: C. XXXX XXXX XXXX XXXX XXXX, BIC: C., variabilný symbol: 21697752, a to všetko do 15 dní od právoplatnosti rozsudku. II. Žalobca m á voči žalovanému n á r o k na 100% náhradu trov konania, ktoré budú vyčíslené samostatným uznesením po právoplatnosti tohto rozsudku. odôvodnenie: 1. Žalobca sa podanou žalobou domáhal voči žalovanému zaplatenia istiny v sume 833,55 € s 5% úrokom z omeškania ročne od 25.02.2022 do zaplatenia a náhrady trov konania. 2. Uviedol, že na základe Zmluvy o pôžičke č. 21697752/1000067374 zo dňa 10.08.2021 (ďalej len „Zmluva“) poskytol žalovanému pôžičku vo výške 1010,90 € na kúpu spotrebného tovaru bližšie špecifikovaného v Zmluve (kúpna cena predstavovala sumu 1010,90 €), ktorú sa zaviazal zaplatiť formou 40 pravidelných mesačných splátok po 35,- € do celkovej sumy 1400,- €. Pri podpise Zmluvy žalovaný neuhrádzal akontáciu. Do podania žaloby žalovaný uhradil sumu 270,- € bez akontácie. 3. Žalovanému súd doručil do vlastných rúk žalobu s prílohami, poučením a výzvou na vyjadrenie. Súdnu zásielku si prevzal dňa 19.12.2024, avšak k žalobe sa nevyjadril. 4. Podľa § 151 ods. 1 zákona č. 160/2015 Z. z. Civilný sporový poriadok (ďalej len „C.s.p.“), skutkové tvrdenia strany, ktoré protistrana výslovne nepoprela, sa považujú za nesporné. 5. Podľa § 219 ods. 3 zákona č. 160/2015 Z. z. C.s.p., vo veciach, v ktorých súd rozhoduje rozsudkom bez nariadenia pojednávania, oznámi miesto a čas verejného vyhlásenia rozsudku na úradnej tabuli súdu a</w:t>
      </w:r>
    </w:p>
    <w:p>
      <w:r>
        <w:t>na webovej stránke príslušného súdu v lehote najmenej päť dní pred jeho vyhlásením. Ak o to strana požiada, súd jej oznámi miesto a čas verejného vyhlásenia rozsudku aj elektronickými prostriedkami. 6. Podľa § 297 C.s.p., súd na prejednanie sporu nariadi pojednávanie. Pojednávanie nie je potrebné nariadiť, ak a) sa vo veci rozhoduje rozsudkom pre zmeškanie v prospech spotrebiteľa, b) ide iba o otázku jednoduchého právneho posúdenia veci, skutkové tvrdenia strán nie sú sporné a hodnota sporu bez príslušenstva neprevyšuje 1 000 eur. 7. Súd vo veci rozhodol bez nariadenia pojednávania vzhľadom na ustanovenie § 297 písm. b) C.s.p., keďže ide o spotrebiteľský spor, zároveň sa jedná o otázku jednoduchého právneho posúdenia veci, skutkové tvrdenia strán nie sú sporné a hodnota sporu bez príslušenstva neprevyšuje 1 000,- Eur. 8. Rozsudok bol verejne vyhlásený bez nariadenia pojednávania v zmysle § 219 ods. 3 C.s.p. dňa 29.01.2025 o 07.30 hod. Miesto a čas verejného vyhlásenia rozsudku boli oznámené na úradnej tabuli súdu a na webovej stránke súdu v zákonnej lehote (od 09.01.2025 do 29.01.2025), strany sporu na verejnom vyhlásení rozsudku neboli prítomné. 9. Z výsledkov vykonaného dokazovania, zo Zmluvy o viazanom spotrebiteľskom úvere, z predžalobnej upomienky, z oznámenia o vyhlásení okamžitej splatnosti úveru, z prehľadu splátok a úhrad, ako aj z ďalších listinných dôkazov mal súd preukázané, že medzi stranami sporu bola dňa 10.08.2021 uzavretá Zmluva o viazanom spotrebiteľskom úvere, v zmysle ktorej bol žalovanému poskytnutý viazaný spotrebiteľský úver vo výške 1010,90 € na kúpu tovaru špecifikovaného v článku III Zmluvy prostredníctvom sprostredkovateľa ELEKTROSPED, a.s. Bratislava. Úver sa žalovaný zaviazal splácať formou 40 pravidelných mesačných splátok po 35,- € do celkovej sumy 1370,39 €. Jednalo sa o viazaný spotrebiteľský úver na nákup uvedeného spotrebného tovaru bez povinnosti zaplatiť akontáciu pri podpise Zmluvy. Kúpna cena tovaru činila sumu 1010,90 €. Do podania návrhu žalovaný uhradil len sumu 270,- €, teda porušil svoju zákonnú a zmluvnú povinnosť riadne a včas splácať úver, preto žalobca dňa 17.02.2022 úver zosplatnil a vyzval žalovaného k okamžitej úhrade všetkých splátok jednorazovo listom z 19.02.2022. Žalovaný dlžné splátky neuhradil. Žalovaná suma predstavuje súčet predpísaných splátok, ako to vyplýva z prehľadu splátok a úhrad. Zmluvnú pokutu uvedenú v prehľade splátok a úhrad vo výške 145,86 € si žalobca v konaní neuplatnil. Keďže predmetná zmluva má spotrebiteľský charakter, súd na predmetný právny vzťah aplikoval aj ustanovenia Občianskeho zákonníka a zákona o spotrebiteľských úveroch, pričom nezistil porušenia týchto zákonných ustanovení zo strany právneho predchodcu žalobcu pri uzatváraní spotrebiteľskej zmluvy. Zmluva obsahuje zákonom predpísané náležitosti. 10. Podľa ust. § 657 Občianskeho zákonníka zmluvou o pôžičke prenecháva veriteľ dlžníkovi veci určené podľa druhu, najmä peniaze, a dlžník sa zaväzuje vrátiť po uplynutí dohodnutej doby veci rovnakého druhu. Podľa ust. § 658 ods.1 Občianskeho zákonníka pri peňažnej pôžičke možno dohodnúť úroky. Podľa § 53 ods.1 Občianskeho zákonníka spotrebiteľské zmluvy nesmú obsahovať ustanovenia, ktoré spôsobujú značnú nerovnováhu v právach a povinnostiach zmluvných strán v neprospech spotrebiteľa (ďalej len "neprijateľná podmienka"). To neplatí, ak ide o zmluvné podmienky, ktoré sa týkajú hlavného predmetu plnenia a primeranosti ceny, ak tieto zmluvné podmienky sú vyjadrené určito, jasne a zrozumiteľne alebo ak boli neprijateľné podmienky individuálne dojednané. Podľa § 53 ods.2 Občianskeho zákonníka za individuálne dojednané zmluvné ustanovenia sa nepovažujú také, s ktorými mal spotrebiteľ možnosť oboznámiť sa pred podpisom zmluvy, ak nemohol ovplyvniť ich obsah. Podľa § 54 ods.1 Občianskeho zákonníka zmluvné podmienky upravené spotrebiteľskou zmluvou sa nemôžu odchýliť od tohto zákona v neprospech spotrebiteľa. Spotrebiteľ sa najmä nemôže vopred vzdať svojich práv, ktoré mu tento zákon priznáva, alebo si inak zhoršiť svoje zmluvné postavenie. Podľa § 54 ods.2 Občianskeho zákonníka v pochybnostiach o obsahu spotrebiteľských zmlúv platí výklad, ktorý je pre spotrebiteľa priaznivejší. Podľa § 1 ods. 2 zákona č. 129/2010 Z.z. o spotrebiteľských úveroch a o iných úveroch a pôžičkách pre spotrebiteľov a o zmene a doplnení niektorých zákonov platnom v čase uzavretia zmluvy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w:t>
      </w:r>
    </w:p>
    <w:p>
      <w:r>
        <w:t>prostriedkom vydaným na meno spotrebiteľa; 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 18b) Spotrebiteľským úverom sú aj mladomanželský úver podľa osobitného predpisu, 1a) niektoré stavebné úvery a iné úvery podľa osobitného predpisu 1b) a nezabezpečené úvery poskytované spotrebiteľom na účely rekonštrukcie nehnuteľnosti určenej na bývanie, pričom ustanovenia osobitných predpisov 1c) týkajúce sa poskytovania týchto úverov tým nie sú dotknuté; obmedzenie hornej hranice výšky úveru podľa odseku 3 písm. f) sa na tieto úvery nevzťahuje. Podľa § 2 písm. a) zákona č. . 129/2010 Z.z. platnom v čase uzavretia zmluvy na účely tohto zákona spotrebiteľom fyzická osoba, ktorá nekoná v rámci predmetu svojho podnikania alebo povolania, 5a) Podľa § 2 písm. b) zákona č. . 129/2010 Z.z. platnom v čase uzavretia zmluvy veriteľom fyzická osoba alebo právnická osoba, ktorá ponúka alebo poskytuje spotrebiteľský úver v rámci svojej podnikateľskej činnosti. Podľa článku 3 ods.1, ods. 2 Smernice Rady č. 93/13/EHS zo dňa 5.4.1993 zmluvná podmienka, ktorá nebola individuálne dohodnutá sa považuje za nekalú, ak napriek požiadavke dôvery spôsobí značnú nerovnováhu v právach a povinnostiach strán vzniknutých na základe zmluvy, ku škode spotrebiteľa. Podmienka sa nepovažuje za individuálne dohodnutú, ak bola navrhnutá vopred a spotrebiteľ preto nebol schopný ovplyvniť podstatu podmienky najmä v súvislosti s predbežne formulovanou štandardnou zmluvou. Podľa ust. § 517 ods. 1 veta prvá Občianskeho zákonníka, dlžník, ktorý svoj dlh riadne a včas nesplní je v omeškaní. Podľa ust.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11. S poukazom na vyššie uvedené skutočnosti a v súlade s citovanými zákonnými ustanoveniami súd rozhodol tak ako je uvedené vo výroku tohto rozsudku. Keďže sa žalovaný s plnením peňažného záväzku dostal do omeškania, súd priznal žalobcovi aj zákonný úrok z omeškania od 6.dňa nasledujúceho po Oznámení o vyhlásení okamžitej splatnosti, nakoľko toto bolo zaslané obyčajnou listovou zásielkou, kde obvyklá doba doručenia zásielky je 5 dní. 12. Podľa § 255 ods. 1, C.s.p., súd prizná strane náhradu trov konania podľa pomeru jej úspechu vo veci. Podľa § 262 ods. 1 C.s.p., o nároku na náhradu trov konania rozhodne aj bez návrhu súd v rozhodnutí, ktorým sa konanie končí. 13. O trovách konania súd rozhodol v súlade s ust. §255 ods. 1, § 262 ods. 1, ods. 2 Civilného sporového poriadku s tým, že úspešnému žalobcovi priznal nárok na náhradu trov konania v plnom rozsahu a o ich výške bude rozhodnuté samostatným uznesením vydaným súdnym úradníkom po právoplatnosti tohto rozsudku. Poučenie: Ř Proti tomuto rozsudku možno podať odvolanie do 15 dní odo dňa jeho doručenia prostredníctvom Okresného súdu Poprad na Krajský súd v Prešove. Ř Podľa § 363 C.s.p. v odvolaní sa popri všeobecných náležitostiach podania uvedie, proti ktorému rozhodnutiu smeruje, v akom rozsahu sa napáda, z akých dôvodov sa rozhodnutie považuje za nesprávne (odvolacie dôvody) a čoho sa odvolateľ domáha (odvolací návrh). Ř Podľa § 364 C. s. p. rozsah, v akom sa rozhodnutie napáda, môže odvolateľ rozšíriť len do uplynutia lehoty na podanie odvolania. Ř Podľa § 365 ods. 1 C. s. p. odvolanie možno odôvodniť len tým, že : a) neboli splnené procesné podmienky,</w:t>
      </w:r>
    </w:p>
    <w:p>
      <w:r>
        <w:t>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sú prípustné ďalšie prostriedky procesnej obrany alebo ďalšie prostriedky procesného útoku, ktoré neboli uplatnené, alebo h) rozhodnutie súdu prvej inštancie vychádza z nesprávneho právneho posúdenia veci. Ř Podľa § 365 ods. 2 C.s.p. odvolanie proti rozhodnutiu vo veci samej možno odôvodniť aj tým, že právoplatné uznesenie súdu prvej inštancie, ktoré predchádzalo rozhodnutiu vo veci samej, má vadu uvedenú v odseku 1, ak táto vada mala vplyv na rozhodnutie vo veci samej. Ř Podľa § 365 ods. 3 C.s.p. odvolacie dôvody a dôkazy na ich preukázanie možno i meniť a dopĺňať len do uplynutia lehoty na podanie odvolania. Ř Podľa § 366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ujmy nemohol uplatniť v konaní pred súdom prvej inštancie. Ř Podanie urobené v listinnej podobe treba predložiť s potrebným počtom rovnopisov a prílohami tak, aby sa jeden rovnopis s prílohami mohol založiť do súdneho spisu a aby každý ďalší subjekt dostal jeden rovnopis s prílohami. Ak sa nepredloží potrebný počet rovnopisov a príloh, súd vyhotoví kópie podania na trovy toho, kto podanie urobil. Ř Ak povinný dobrovoľne nesplní to, čo mu ukladá vykonateľné rozhodnutie, oprávnený môže podať návrh na vykonanie exekúcie podľa osobitného zákona (zákon č. 233/1995 Z.z. o súdnych exekútoroch a exekučnej činnosti v znení neskorších predpisov).</w:t>
      </w:r>
    </w:p>
    <w:p/>
    <w:p>
      <w:r>
        <w:t>Zdroj: KAUZIS.SK – https://www.kauzis.sk/judikatura/r/ECLI:SK:OSPP:2025:8724204502.2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