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12Csp/72/2024 z 12. 6. 2025</w:t>
      </w:r>
    </w:p>
    <w:p>
      <w:r>
        <w:t>Rozsudok Okresného súdu Poprad z 12. júna 2025, sp. zn. 12Csp/72/2024, ECLI:SK:OSPP:2025:8724205232.4</w:t>
      </w:r>
    </w:p>
    <w:p>
      <w:r>
        <w:t>Súd: Okresný súd Poprad</w:t>
      </w:r>
    </w:p>
    <w:p>
      <w:r>
        <w:t>Spisová značka: 12Csp/72/2024</w:t>
      </w:r>
    </w:p>
    <w:p>
      <w:r>
        <w:t>ECLI: ECLI:SK:OSPP:2025:8724205232.4</w:t>
      </w:r>
    </w:p>
    <w:p>
      <w:r>
        <w:t>Dátum vydania: 12. 6. 2025</w:t>
      </w:r>
    </w:p>
    <w:p>
      <w:r>
        <w:t>Forma: Rozsudok</w:t>
      </w:r>
    </w:p>
    <w:p>
      <w:pPr>
        <w:pStyle w:val="Heading2"/>
      </w:pPr>
      <w:r>
        <w:t>Text rozhodnutia</w:t>
      </w:r>
    </w:p>
    <w:p>
      <w:r>
        <w:t>Súd: Spisová značka: Identifikačné číslo súdneho spisu: Dátum vydania rozhodnutia: Meno a priezvisko sudcu, VSÚ: ECLI:</w:t>
      </w:r>
    </w:p>
    <w:p>
      <w:r>
        <w:t>Okresný súd Poprad 12Csp/72/2024 8724205232 12. 06. 2025 JUDr. František Zelený ECLI:SK:OSPP:2025:8724205232.4</w:t>
      </w:r>
    </w:p>
    <w:p>
      <w:r>
        <w:t>ROZSUDOK V MENE SLOVENSKEJ REPUBLIKY Okresný súd Poprad sudcom JUDr. Františkom Zeleným, v právnej veci žalobkyne: A. B., nar. XX.X,XXXX, A. XXXX/X, C., práv. zast. JUDr D. E., advokát, ul. Sovietskych hrdinov 163/66, Svidník, IČO: 31 9554 448, proti žalovanému: BENCONT COLLECTION, a. s., so sídlom Vajnorská 100/A, Bratislava – Nové Mesto, 831 04, IČO: 47967692, práv. zast. ČOLLÁK &amp; PARTNERI advokátska kancelária s.r.o., Floriánska 19, Košice, IČO: 45946868, v konaní o primerané finančné zadosťučinenie vo výške 1.000,- eur s prísl., takto rozhodol: I. Žalovaný j e p o v i n n ý zaplatiť žalobkyni 150,- eur do 3 dní od právoplatnosti rozsudku. II. V prevyšujúcej časti žalobu</w:t>
      </w:r>
    </w:p>
    <w:p>
      <w:r>
        <w:t>zamieta.</w:t>
      </w:r>
    </w:p>
    <w:p>
      <w:r>
        <w:t>III. Žalobkyňa má voči žalovanému nárok na náhradu trov konania v rozsahu 100 % s tým, že o výške náhrady rozhodne súd I. stupňa samostatným uznesením po právoplatnosti rozhodnutia, ktorým sa konanie končí. odôvodnenie: 1. Žalobkyňa sa žalobou doručenou súdu dňa 17.12. 2024 domáhala, aby zaviazal žalovaného zaplatiť jej sumu 1000,- eur a trovy konania. Žalobu v písomnom podaní odôvodnila tým, že v konaní vedenom na Okresnom súde Poprad pod sp. zn. 16Csp/93/2021 o zdržanie sa použitia dohody o zrážkach zo mzdy bola v postavení spotrebiteľky úspešná. Okresný súd Poprad rozsudkom sp. zn. 16Csp/93/2021 z 29.5.2023, v spojení s rozsudkom Krajského súdu Prešov, sp. zn. 20CoCsp/38/2023, z 29.2.2024, ktoré nadobudli právoplatnosť 2.4.2024 rozhodol tak , že žalovaný v 1. rade (terajší žalovaný) je povinný zdržať sa použitia Dohody o zrážkach zo mzdy uzavretej dňa 2.10.2014 k Zmluve o úvere č. 1645781085 zo dňa 2.10.2014 na výkon zrážok zo mzdy žalobkyne. V odôvodnení rozhodnutia súd prvej inštancie uviedol: - odsek 20. odôvodnenia: „ V konaní bolo preukázané, že strany sporu uzavreli dohodu o zrážkach zo mzdy (žalobkyňa a právny predchodca žalovaného v 1./ rade), podľa ktorej žalobkyňa súhlasila s tým, aby sa uspokojenie pohľadávky žalovaného zabezpečilo vykonaním zrážok zo mzdy žalobkyne zamestnávateľom žalobkyne. Z vyjadrení strán sporu bolo preukázané, že na základe dohody o zrážkach zo mzdy zamestnávateľ žalobcu realizoval zrážky zo mzdy. - odsek 21. odôvodnenia: O.i. bolo preukázané, že strany sporu uzavreli dohodu o zrážkach zo mzdy a z vyjadrení strán sporu bolo preukázané, že na základe dohody o zrážkach zo mzdy zamestnávateľ žalobcu realizoval zrážky zo mzdy.“</w:t>
      </w:r>
    </w:p>
    <w:p>
      <w:r>
        <w:t>- odsek 22. odôvodnenia: „Po oboznámení sa s obsahom uzatvorenej dohody o zrážkach zo mzdy súd právny úkon - dohodu o zrážkach zo mzdy posúdil ako absolútne neplatný právny úkon, ktorý je neurčitý, v rozpore so zákonom. “ - odsek 23. odôvodnenia: „V dohode o zrážkach zo mzdy je neurčitým spôsobom špecifikovaná výška zabezpečenej pohľadávky. Nie je zrejmé, či dohoda o zrážkach zo mzdy slúži ako zabezpečovací inštitút plnenia z úverovej zmluvy, alebo aj príslušenstva pohľadávky, ktoré nie je presne špecifikované. Zabezpečená pohľadávka musí byť v dohode o zrážkach zo mzdy vymedzená určitým spôsobom, zrejmým obom zmluvným stranám. Je neurčité, aká vyššia výška mesačnej zrážky zo mzdy môže byť realizovaná, ak by nebola realizovaná zrážka v sume 206,30 eur (viď článok 2.3 dohody o zrážkach zo mzdy). Ustanovenie dohody o zrážkach zo mzdy v tak neurčitej podobe, bez bližšej špecifikácie predstavuje jednostranné neprimerané zvýhodnenie veriteľa a obchádzanie náležitosti dohody o výške mesačných zrážok zo mzdy. Jednostranné neprimerané zvýhodnenie veriteľa spočíva aj v tom, že má byť uspokojený aj nad dohodnutú výšku mesačnej zrážky. Neprípustné navyšovanie zrážok zo mzdy nad dohodnutú výšku predstavuje obchádzanie náležitosti dohody o výške mesačných zrážok zo mzdy. Ustanovenie dohody je navyše v rozpore s ust. 551 ods. 1 Občianskeho zákonníka.“ - odsek 24. odôvodnenia: „Podľa názoru súdu dohoda o zrážkach zo mzdy je absolútne neplatný právny úkon aj pre rozpor so zákonom - ust. § 5a ods. 1 písm. a) zákona 250/2007 Z.z. o ochrane spotrebiteľa, keď v dohode o zrážkach zo mzdy žalobca ako spotrebiteľ nebol poučený o dôsledkoch uzavretia dohody a nemal možnosť ju odmietnuť. Žalovaný v 1./ rade síce tvrdí, že dohoda bola individuálne dojednaná a nebola nevyhnutnou podmienkou poskytnutia úveru, avšak predložená dohoda je typickým formulárovým produktom, kde dlžník nemá možnosť meniť obsah dohodnutých podmienok a z obsahu úverovej zmluvy, či dohody o zrážkach nevyplýva, že by žalobkyňa bola poučená o možnosti odmietnuť takúto dohodu a napriek tomu by úver bol poskytnutý. Taktiež z predložených dokladov nevyplýva, že by žalobkyňa bola poučená o dôsledkoch tohto právneho úkonu. Žalovaný v 1./ rade nepreukázal riadne poučenie žalobkyne ako spotrebiteľa o dôsledkoch podpisu dohody. Aj z uvedených dôvodov jej daný dôvod neplatnosti právneho úkonu v zmysle § 39 Obč. zákonníka.“ - odsek 25. odôvodnenia: „Dohoda o zrážkach zo mzdy je dojednaná v rozpore s čl. 6 smernice Rady 93/13 EHS, keď spôsobuje značnú nerovnováhu v právach a povinnostiach zmluvných strán v neprospech spotrebiteľa. Dohoda bola uzatvorená ako formulárová, nebola individuálne dojednaná, žalobkyňa ako spotrebiteľ nemala možnosť odmietnuť podpísanie dohody, bola jej predložená na podpis pri podpise zmluvy.“ - odsek 26. odôvodnenia: „Predformulovaný súhlas spotrebiteľa, formálne dosiahnutý štandardnou zmluvnou podmienkou nemožno za žiadnych okolností považovať za náležitý a individuálny prejav vôle spotrebiteľa s úkonom, na ktorý sa tento výslovne požaduje. Výkon zrážok zo mzdy je súkromným procesom, ktorý nepodlieha nijakej autorizácii a verifikácii primeranosti a spotrebiteľ môže byť vystavený neprimeranému konaniu zo strany dodávateľa, rovnako prihliadnuc na skutočnosť, že podstatným znakom dohody o zrážkach zo mzdy je písomný súhlas dlžníka s vykonávaním zrážok z jeho mzdy. Dohodou o zrážkach zo mzdy nemožno zabezpečiť budúcu pohľadávku, ako je to v tomto prípade. Je potrebné dodať, že je právne irelevantné, či žalovaný v 1./ rade využil možnosť žiadať zamestnávateľa žalobkyne o výkon zrážok, dôležitou skutočnosťou je existencia napádanej zmluvnej podmienky.“ - odsek 27. odôvodnenia: „V tomto smere súd poukazuje aj na závery komisie na posudzovanie podmienok v spotrebiteľských zmluvách a nekalých obchodných praktík predávajúcich pri Ministerstve spravodlivosti SR zo dňa 21.01.2011 pod č. 8636/2010- 110.98,113,179, ktorým v bode 9 komisia dospela k záveru, že dohoda o zrážkach zo mzdy uzatvorená podľa § 551 Občianskeho zákonníka je zmluvnou podmienkou spôsobujúcou hrubú nerovnováhu v právach a povinnostiach v neprospech spotrebiteľa a je v rozpore s ust. § 53 Občianskeho zákonníka, keďže spotrebiteľ je už v čase vzniku právneho vzťahu nútený uzatvoriť dohodu o zrážkach zo mzdy. “ - odsek 28. odôvodnenia: „Vzhľadom na všetky uvedené dôvody súd dospel k záveru, že uzatvorená dohoda o zrážkach zo mzdy je absolútne neplatný právny úkon a žalovanému uložil povinnosť zdržať sa jej použitia. Nakoľko žalovaný v 2./ rade/ zamestnávateľ žalobkyne/ nebol účastníkom vo veci samej, ale iba v časti konania o návrhu na nariadenie neodkladného opatrenia, o nároku žalobkyne voči nemu súd nerozhodol.“ 2.Dňom 1.7.2024 nadobudol účinnosť zák. č. 108/2024 Z. z. o ochrane spotrebiteľa a o zmene a doplnení niektorých zákonov (ďalej len Aktuálny zákon). Podľa § 53 ods. 1 Aktuálneho zákona: „ Ustanovenia tohto zákona sa použijú na zmluvu uzavretú po 30. júni 2024. Vznik právnych vzťahov zo zmlúv uzavretých pred 1. júlom 2024 a nároky vzniknuté z týchto zmlúv sa posudzujú podľa právnych predpisov účinných do 30. júna 2024.“ Nakoľko v súdenej veci došlo k porušeniu spotrebiteľských práv zmluvou č. 1645781085 zo dňa 2.10.2014, nemožno žalobu posudzovať podľa aktuálneho zákona, ale podľa</w:t>
      </w:r>
    </w:p>
    <w:p>
      <w:r>
        <w:t>zákona č. 250/2007 Z. z. ust. § 4 ods. 2 písm. b/ , § 3 ods. 5. Podmienky pre priznanie primeraného finančného zadosťučinenia (ďalej len PFZ) spĺňa tak podľa pôvodného zákona, ako aj podľa aktuálneho zákona. Ako spotrebiteľka si uplatňuje primerané spravodlivé finančné zadosťučinenie (ďalej len PFZ) za porušenie jej spotrebiteľských práv, ktoré bola nútená brániť v základnom konaní. PFZ má sankčnú a odradzujúcu funkciu, aby sa obchodník nedopúšťal recidívy. Zároveň má aj funkciu relutárnu, ktorá predstavuje obohatenie spotrebiteľa vo výške priznaného PFZ proti dodávateľovi za to, že spotrebiteľ podstúpil súdne konanie, v ktorom bol ako spotrebiteľ na súde úspešný. Výška PFZ nemôže mať len symbolický význam, nakoľko PFZ len v symbolickej výške nemôže byť ani primeraným ani spravodlivým. Na rozdiel od iných inštitútov finančného zadosťučinenia existujúcich v právnom poriadku SR (napr. ochrana osobnosti), v ktorých sa na prvé miesto kladie morálne zadosťučinenie a finančná satisfakcia slúži len na dovŕšenie nápravy, pri inštitúte PFZ je možné zadosťučinenie len v peňažnej forme ako jediného prostriedku, na jednej strane postihu nečestného dodávateľa a na druhej strane je PFZ odmenou spotrebiteľa za úspech na súde v spotrebiteľskom právnom vzťahu. Aj keď výška PFZ sa nedokazuje a súd ju stanovuje voľnou úvahou, tak kritéria, z ktorých by mala voľná úvaha vychádzať, vyplývajú z intenzity porušenia spotrebiteľského práva zo strany dodávateľa. Na základe Zmluvy o úvere č. 1645781085, zo dňa 2.10.2004 jej bol poskytnutý úver vo výške 15 000,-- eur. Na predmetný úver bolo zaplatené celkovo 6 877,47 eura (5 897,43 eura pôvodnému veriteľovi a 980,-- eur žalovanému), a to ešte predtým, ako žalovaný požiadal jej zamestnávateľa o zrážky zo mzdy. Napriek tomu sa žalovaný domáhal uhradenia sumy 19 084,33 eura prostredníctvom Dohody o zrážkach zo mzdy. Žalovaný ešte pred tým, než požiadal zamestnávateľa o zrážky zo mzdy listom zo dňa 8.2.2021, podal na Okresný súd Banská Bystrica dňa 5.11.2019 návrh na vydanie platobného rozkazu o zapl. 15 936,62 eura. Okresný súd Poprad, rozsudkom sp. zn. 12Csp/34/2020, z 19.5.2021 žalobu zamietol z dôvodu, že žalobca (terajší žalovaný) nebol aktívne vecne legitimovaný na podanie žaloby. Rozsudok bol potvrdený rozsudkom Krajského súdu Prešov sp. zn. 13CoCsp/36/2021, zo 16.2.2022. Má za to, že predmetný spotrebiteľský úver je bezúročný a bez poplatkov. Zmluva neobsahuje správny údaj o RPMN, o priemernej RPMN, o celkovej čiastke, ktorú musí spotrebiteľ zaplatiť a vôbec neobsahuje údaj o dobe trvania zmluvy o úvere a o predpokladoch na výpočet RPMN. Žalovaný sa tak na jej úkor chcel zrážkami zo mzdy obohatiť o sumu vo výške 19 084,33 eura. PFZ si uplatňuje vo výške 1 000,-- eur. 3.Otázka rozsahu porušenia spotrebiteľského práva je definovaná rozsudkom v Základnej veci, t. j. rozsudkom Okresného súdu Poprad, sp. zn. 16Csp/93/2021, z 29.5.2024, v spojení s rozsudkom Krajského súdu Prešov, sp. zn. 20CoCsp/38/2023, z 29.2.2024 a ich odôvodnením, ktoré je hmotnoprávnou podmienkou nároku na PFZ a z tejto hmotnoprávnej podmienky je potrebné vychádzať ako záväznej. Tento rozsah zisteného porušenia spotrebiteľského práva v základnej veci nie je možné v konaní o PFZ, ani rozširovať, ani zužovať. Povaha, závažnosť, spôsob a rozsah a okolnosti porušenia jej spotrebiteľských práv sú dané tým, že predmetná Dohoda bola dopredu pripravená, bez toho, aby mala možnosť ovplyvniť jej obsah. Ak chcela úver získať, musela podpísať všetky listiny tak, ako boli predložené. Žalovaný sa prostredníctvom Dohody chcel na jej úkor obohatiť o značnú čiastku. Na základe dohody o zrážkach zo mzdy jej boli vykonané zrážky vo výške 1044,33 eura. Zmluva bola uzavretá 2.10.2014, pôvodný veriteľ úver zosplatnil k dátumu 20.3.2017, teda žalovaný si u zamestnávateľa listom z 8.2.2021 uplatnil zrážky na premlčanú pohľadávku vo výške 19 084,33 eura. Nekalými praktikami a postupmi, ktoré nemožno nazvať postupmi súladnými s náležitou odbornou starostlivosťou ju žalovaný udržiaval celé roky v napätí a strachu, využívajúc svoje dominantné postavenie nad ňou. 4.Na preukázanie svojich tvrdení predložila rozsudok OS Poprad, sp. zn. 16Csp/93/2021, z 29.5.2023, rozsudok KS Prešov, sp. zn. 20CoCsp/38/2023, z 29.2.2024, kópiu osvedčenia o registrácii pre DPH, potvrdenie zamestnávateľa z 31.7.2024, rozsudok OS Poprad, sp. zn. 12Csp/34/2020, z 19.5.2021, rozsudok KS Prešov, sp. zn. 13CoCsp/36/2021, zo 16.2.2022, 5.V ďalšom písomnom podaní uviedla, že skutočnosť, že spotrebiteľskú zmluvu žalovaný nekoncipoval vzhľadom na merito sporu ho neliberuje a nezbavuje zodpovednosti za porušenie svojich zákonných povinností. Domáhať sa práva na primerané finančné zadosťučinenie má voči porušiteľovi (dané základným konaním) a od toho, kto za porušenie práva alebo povinnosti zodpovedá. Žalovaný fakticky vykonával práva veriteľa pohľadávky a domáhal sa zaplatenia pohľadávky. Je teda subjektom, ktorý bol oprávnený prijímať plnenia. Ak žalovaný je subjektom, ktorý si uplatňoval plnenie voči nej ako dlžníkovi, tak ostáva jeho vecná legitimácia zachovaná aj v prípade, ak žaloba týkajúca sa spotrebiteľskej zmluvy smeruje voči nemu ako žalovanému. Žalovaný po materiálnej a formálnej stránke je subjektom, ktorý hmotnoprávne disponoval s pohľadávkou zo spotrebiteľskej zmluvy. Ako subjekt podnikajúci v oblasti</w:t>
      </w:r>
    </w:p>
    <w:p>
      <w:r>
        <w:t>spotrebiteľského práva nepostupoval s odbornou starostlivosťou, pohľadávku od právneho predchodcu prevzal spolu so všetkými právami a povinnosťami a požadoval jej zaplatenie. Postúpením pohľadávky ako postupník vstúpil do práv a povinností zo zmluvného vzťahu a prevzal aj zodpovednosť za porušenie práv a povinností z tohto zmluvného vzťahu. Námietku žalovaného o nedostatku pasívnej vecnej legitimácie v konaní vníma ako snahu vyhnúť sa následkom spätým s porušením spotrebiteľských práv a povinností nezákonným uplatnením pohľadávky v súdnom konaní. Žalovaný v základnom konaní neprejavil žiadnu sebareflexiu, ale súdne konanie sa snažil využiť vo svoj prospech. Výsledok základného konania dokazuje, že toto jeho právo súdiť sa nemalo oporu v hmotnom práve, hoci už má skúsenosti a vedomosti v iných obdobných súdnych konaniach o nesprávnosti svojej argumentácie, v ktorých už bol so svojimi právnymi názormi neúspešný. 6.Poukázala na aktuálny rozsudok Najvyššieho súdu SR sp. zn. 7Cdo/237/2021 zo dňa 30.03.2023, a rozsudok Najvyššieho súdu SR sp. zn. 9Cdo/324/2020 zo dňa 13.12.2022 z ktorých vyplýva, že porušiteľom, voči ktorému je možné úspešne sa domáhať PFZ, je taktiež postupník pohľadávky. Výsledok základného konania, v ktorom spotrebiteľ namieta neplatnosť dohody o zrážkach zo mzdy, je úspešným uplatnením práva alebo povinnosti v súdnom konaní ako to má na mysli zákon o ochrane spotrebiteľa. Pre vznik nároku na primerané finančné zadosťučinenie je postačujúca už samotná hrozba ujmy (spôsobilosť privodiť ujmu). V danom prípade išlo už o reálny vznik ujmy, keďže žalovaný na základe absolútne neplatného právneho úkonu zamestnávateľovi zaslal výzvu na vykonávanie zrážok zo mzdy. Žalovaný si na základe predmetných dohôd o zrážkach zo mzdy uplatňuje naďalej plnenia voči spotrebiteľom napriek vedomosti o ich neperfektnosti, čo možno považovať použitím analógie z trestného práva za prípad špeciálnej recidívy, kedy by sa malo PFZ zvyšovať a nie znižovať. Uplatnená výška PFZ zodpovedá svojmu účelu, pretože je potrebné toto finančné zadosťučinenie nevnímať ako kompenzáciu, ale ako poskytnutú satisfakciu. Uvedené finančné zadosťučinenie má tiež odradiť žalovaného, ale aj iných dodávateľov, od porušovania práv spotrebiteľov. Žalovaný dlhodobo a vo veľkom rozsahu porušuje spotrebiteľské práva na finančnom trhu. Aj v súčasnosti napriek množstvu rozsudkov vydaných proti žalovanému tento neustále používa nekalé obchodné praktiky a finančne sa snaží na úkor spotrebiteľov obohacovať, najmä využívaním neprijateľných zmluvných podmienok. Podľa § 24 ods. 1 zákona č. 250/2007 Z.z. o ochrane spotrebiteľa: „Za porušenie povinností ustanovených týmto zákonom alebo právne záväznými aktmi Európskej únie v oblasti ochrany spotrebiteľa uloží orgán dozoru výrobcovi, predávajúcemu, dovozcovi, dodávateľovi alebo osobe podľa § 9a alebo § 26 pokutu do 66 400 eur; za opakované porušenie povinnosti počas 12 mesiacov uloží pokutu do 166 000 eur, ak odsek 6 neustanovuje inak.“ PFZ vo výške 1 000,- € je prinajmenšom primerané aj s ohľadom na výšku sankcií (pokút až do výšky 50 000,- €), ktoré podľa zákona č. 128/2002 Z.z. o štátnej kontrole vnútorného trhu vo veciach ochrany spotrebiteľa alebo zákona č. 747/2004 Z.z. o dohľade nad finančný trhom je oprávnená dodávateľovi uložiť Slovenská obchodná inšpekcia alebo Národná banka Slovenska. Ujma, ktorá jej konaním žalovaného vznikla, nebola len v akademickej rovine, ale preukázateľne došlo k zásahu aj do jej majetkovej sféry. Zároveň uplatňovaním jej legitímneho nároku v súdnom konaní bol narušený nielen jej bežný život. Výkonom nezákonných zrážok zo mzdy v nej reálne vyvolalo stresové situácie a psychické napätie. Konanie žalovaného nemožno označiť inak ako nekalú obchodnú praktiku a rozporné s dobrými mravmi. Podľa § 4 ods. 8 zákona č. 250/2007 Z.z. o ochrane spotrebiteľa: „Predávajúci nesmie konať v rozpore s dobrými mravmi; ustanovenia § 7 až 9 tým nie sú dotknuté. Konaním v rozpore s dobrými mravmi sa na účely tohto zákona rozumie najmä konanie, ktoré je v rozpore so vžitými tradíciami a ktoré vykazuje zjavné znaky diskriminácie alebo vybočenia z pravidiel morálky uznávane j pri predaji výrobku a poskytovaní služby, alebo môže privodiť ujmu spotrebiteľovi pri nedodržaní dobromyseľnosti, čestnosti, zvyklosti a praxe, využíva najmä omyl, lesť, vyhrážku, výraznú nerovnosť zmluvných strán a porušovanie zmluvnej slobody. Vzhľadom na jednotlivé funkcie inštitútu PFZ a jeho účel, ktorým je zabezpečiť ochranu spoločnosti pred nečestnými dodávateľmi, tým že primeraným a najmä dostatočným spôsobom ich skrz finančnú sankciu príjmu k tomu, aby viac sa rovnakých a obdobných konaní nedopúšťali, resp. ich finančné zadosťučinenie má odradiť od nekalého konania, a zároveň vyjadrí aj dostatočné zadosťučinenie spotrebiteľovi za ujmu a príkorie zo strany dodávateľa. K posudzovaniu výšky PFZ poukázala na uznesenie Krajského súdu v Prešove, sp. zn. 3Co/53/2016, zo dňa 04.10.2016, na odôvodnenie bodu 16.: „Podľa názoru odvolacieho súdu odradzujúco môže pôsobiť len hrozba straty prevyšujúca nad 50 % sumy, o ktorú chcel veriteľ spotrebiteľa protiprávne pripraviť, aby veriteľ niesol riziko straty, keďže sa chcel bezdôvodne na úkor spotrebiteľa obohatiť. Podľa rozsudku Krajského súdu v Prešove, sp. zn. 23Co/42/2019, zo dňa 29.01.2020, výška PFZ môže dosiahnuť až výšku majetkovej ujmy, ktorá spotrebiteľovi hrozila (odôvodnenie odsek 8.). Obdobne rozhodnutia Krajského súdu v Prešove, sp. zn. 4Co/72/2019, zo</w:t>
      </w:r>
    </w:p>
    <w:p>
      <w:r>
        <w:t>dňa 17.02.2020;sp. zn. 7CoCsp/16/2020, zo dňa 20.08.2020;sp.zn.11Co/101/2018,zo14.02.2019;sp. zn. 12Co/49/2018, zo dňa 05.03.2019;sp.zn. 13Co/89/2019 zo dňa 27.10.2019; sp. zn. 18Co/100/2019, zo dňa 20.01.2020; sp. zn. 22Co/100/2019, zo dňa 21.11.2019. 7.Jediným objektívnym kritériom pre určenie výšky primeraného finančného zadosťučinenia je výška škodlivého následku, ktorú dodávateľ spotrebiteľovi spôsobil, alebo mienil spôsobiť, porušením spotrebiteľského práva. Osobitne dala do pozornosti rozsudok Krajského súdu v Prešove, sp. zn. 21Co/31/2018, zo dňa 16.10.2018, týkajúci sa obdobnej veci, v ktorej bolo priznané primerané finančné zadosťučinenie v takej výške, v akej sa mienil žalovaný na úkor spotrebiteľa obohatiť (1 022,52 €), z ktorého citovala: „Pri posudzovaní primeranosti odvolací súd zohľadnil predovšetkým výšku bezdôvodného obohatenia, ktoré sa snažil získať žalovaný, pričom rozhodovacia prax súdov Slovenskej republiky, konanie, obdobné konaniu žalovaného, vyhodnotila ako úmyselné, s cieľom získať majetkový prospech na úkor spotrebiteľa. Takto priznané finančné zadosťučinenie je zároveň vyrovnaním ujmy žalobkyne a satisfakciou za stav, ktorý musela v dôsledku konania žalovaného trpieť, rovnako tak sankciou, postihujúcou žalovaného, ktorý protiprávne konal. “ Z rozsudku Krajského súdu v Prešove, sp. zn. 6Co/104/2017, zo dňa 29.05.2018 vyberá: „Čo sa týka výšky primeraného finančného zadosťučinenia je len logické a spravodlivé, aby táto vychádzala z ujmy hroziacej žalobkyni v súvislosti so žalovaným nedôvodne uplatneným nárokom na zaplatenie sumy 190 Eur. Spotrebiteľ, teda žalobkyňa, nie je povinná preukázať vznik ujmu, ktorá jej vznikla, pretože Zákon o ochrane spotrebiteľa priznáva právo na finančné zadosťučinenie už vtedy, keď ujma v nadväznosti na porušenie práv spotrebiteľa vzniknúť mohla a spotrebiteľ sa úspešne domáhal ochrany svojich práv. Žalobkyňa sa v tomto prípade úspešne domohla svojho práva, a teda boli splnené všetky zákonné predpoklady pre priznanie finančného zadosťučinenia.“ Z rozsudku Krajského súdu v Prešove, sp. zn. 7Co/23/2017, zo dňa 24.08.2017 vyberá: „Čo sa týka výšky primeraného finančného zadosťučinenia je len logické a spravodlivé, aby táto vychádzala z ujmy hroziacej žalobcovi v súvislosti so žalovaným uplatňovaným nárokom na zaplatenie zmluvnej pokuty v sume 771 Eur.“ Z rozsudku Krajského súdu v Prešove, sp. zn. 19Co/30/2018, zo dňa 28.06.2018 citovala: „Čo sa týka výšky primeraného finančného zadosťučinenia je len logické a spravodlivé, aby táto vychádzala z ujmy hroziacej žalobcovi v súvislosti so žalovaným uplatňovanou Dohodou o zrážkach zo mzdy v čase, keď táto tvorila neprijateľnú zmluvnú podmienku, pre ktorú bola vyhlásená za neplatnú.“ Odkázal na ďalšie rozhodnutia súdov a to: -rozsudok Okresného súdu Žilina, sp. zn. 14C/295/2014, zo dňa 24.09.2015, v spojení s rozsudkom Krajského súdu v Žiline, sp. zn. 11Co/471/2015, zo dňa 28.06.2016 a v spojení s rozsudkom Najvyššieho súdu Slovenskej republiky, sp. zn. 6Cdo/127/2017, zo dňa 30.01.2019, ktorým bolo priznané PFZ vo výške 1194,98 €, čo predstavuje 25 násobok poplatku, ktorý bol určený za neprijateľný, rozsudok Najvyššieho súdu SR sp. zn. 7Cdo/237/2021 zo dňa 30.03.2023, ktorým bolo zamietnuté dovolanie proti rozsudku Krajského súdu v Prešove sp. zn. 18CoCsp/20/2020 zo dňa 23.09.2020, pričom v tomto konaní bola priznaná suma PFZ vo výške 3 000,- €, rozsudok Okresného súdu Žilina, sp. zn. 14C/295/2014, zo dňa 24.09.2015, v spojení s rozsudkom Krajského súdu v Žiline, sp. zn. 11Co/471/2015, zo dňa 28.06.2016 a v spojení s rozsudkom Najvyššieho súdu Slovenskej republiky, sp. zn. 6Cdo/127/2017, zo dňa 30.01.2019, ktorým bolo priznané PFZ vo výške 1 194,98 €, rozsudok Krajského súdu v Trnave, sp. zn.: 10CoCsp/98/2022 zo dňa 25.01.2023, podľa odôvodnenia ktorého priznanie finančného zadosťučinenia vo výške 1.500,- Eur nepredstavuje neopodstatnené finančné obohacovanie sa žalobcu, pri zohľadnení všetkých krokov, ktoré musel žalobca podniknúť, aby úspešne uplatnil svoje právo.“ Z novších rozhodnutí (z roku 2024) dala do pozornosti: • rozsudok Krajského súdu v Prešove č.k. 13CoCsp/28/2024-140 zo dňa 05.11.2024, ktorým bola priznaná suma 1 862,23 € (kde bezdôvodné obohatenie v tzv. Základnom konaní bolo vo výške 962,23 €!), • rozsudok Krajského súdu v Prešove č.k. 13CoCsp/9/2024 - 108 zo dňa 01.10.2024, ktorým bola priznaná suma 1 089,47 € (bezdôvodné obohatenie v tzv. Základnom konaní bolo vo výške 189,47 €!), • rozsudok Krajského súdu v Prešove č.k. 18CoCsp/2/2024-150 zo dňa 27.06.2024, ktorým bola priznaná suma PFZ 2 000,- € (bezdôvodné obohatenie v tzv. Základnom konaní bolo 3 417,- €), • rozsudok Krajského súdu v Prešove č.k. 7CoCsp/18/2023 - 178 zo dňa 29.01.2024, ktorým bola priznaná suma 2.583,98 € (t.j. 100 % zo sumy vykonaných zrážok zo mzdy). - rozsudkom Krajského súdu v Prešove č.k. 18CoCsp/2/2024-150 zo dňa 27.06.2024 bolo priznané PFZ v sume 2 000,- €,</w:t>
      </w:r>
    </w:p>
    <w:p>
      <w:r>
        <w:t>- rozsudkom Krajského súdu v Prešove č.k. 12CoCsp/5/2024-104 zo dňa 16.04.2024 bolo priznané PFZ v sume 1 000,- €, - rozsudkom Krajského súdu v Prešove č.k. 18CoCsp/11/2022-238 zo dňa 31.01.2023 bolo priznané PFZ v sume 1 250,- €, - rozsudkom Krajského súdu v Prešove č.k. 5CoCsp/7/2023-158 zo dňa 23.02.2023 bolo priznané PFZ v sume 744,50 €, - rozsudkom Krajského súdu v Prešove č.k. 1CoCsp/22/2023-289 zo dňa 10.10.2023 bolo priznané PFZ v sume 622,40 €, - rozsudkom Krajského súdu v Prešove č.k. 3CoCsp/46/2022-128 zo dňa 01.02.2023 bolo priznané PFZ v sume 900,- €, 8.V skutkovo a právne obdobných veciach odkázala na ďalšie najnovšie rozhodnutia, a to rozsudok Krajského súdu v Prešove č.k. 22CoCsp/22/2024-166 zo dňa 28.11.2024, ktorým bola priznaná výška PFZ 1 500,- €, a rozsudok Krajského súdu v Prešove č.k. 7CoCsp/9/2024-138 zo dňa 28.11.2024, ktorým bola priznaná výška PFZ 500,- €, tj. viac ako 50 % zo sumy požadovanej dodávateľom nedôvodnou žalobou v tzv. základnom konaní, rozsudok Krajského súdu v Prešove sp. zn. 22CoCsp/8/2023 zo dňa 30.03.2023, podľa ktorého „je primerané finančné zadosťučinenie v neproporcionálne nízkej výške 100 eur. Odvolací súd preto považoval odvolanie žalobcov v tejto časti za dôvodné “, rozsudok Krajského súdu v Prešove č.k. 22CoCsp/4/2024-177 zo dňa 25.04.2024, ktorým bola priznaná suma 1 150,- €, rozsudok Krajského súdu v Prešove č.k. 1CoCsp/21/2024-151 zo dňa 19.11.2024, ktorým bola priznaná suma 1 050,- €, rozsudok Krajského súdu v Prešove č.k. 3CoCsp/29/2024-198 zo dňa 03.12.2024, ktorým bola priznaná suma 850,- € alebo rozsudok Krajského súdu v Prešove č.k. 10CoCsp/24/2024-149 zo dňa 26.09.2024, ktorým bola priznaná suma 800,- €. 9.V priebehu konania ponechala súdu na zváženie pripojenie spisov sp. zn. spisu 16Csp/93/2021 a 12Csp/34/2020. 10.Žalobkyňa na pojednávaní prostredníctvom právneho zástupcu zopakovala svoje argumenty pre vyhovenie žaloby a ďalej uviedla, že žalobkyňa nemohla disponovať kvôli zrážaniu z jej mzdy so svojim majetkom, nemala žiaden úmysel neplatiť pôvodnému veriteľovi , prípadne žalovanému. Jej dôvod, prečo sa v podstate dostala do omeškania so splácaním, spočíval v objektívnych dôvodoch - choroby manžela a z toho dôvodu straty jeho príjmu. Rovnako uviedla, že to, čo by plnila veriteľovi, použila na vykrytie nákladov pre deti a rodinu. Na základe z toho vzniknutého omeškania, došlo zo strany žalovaného ku konaniu, ktoré bolo preskúmané ako nedôvodné na tunajšom súde práve v senáte 12Csp o zaplatenie pohľadávky. Súd žalobu zamietol z dôvodu nedostatku aktívnej vecnej legitimácie vtedajšieho žalobcu. Bol to v tomto konaní žalovaný, ktorý bez aktívnej vecnej legitimácie mimosúdne požiadal zamestnávateľa o vykonávanie zrážok zo mzdy. Navyše išlo o premlčanú pohľadávku a túto pohľadávku opäť, bez aktívnej vecnej legitimácie dokonca pri mimosúdnom vymáhaní navýšil na sumu 19.084,33 eur. Takéto konanie spĺňa všetky znaky nekalej obchodnej praktiky, kedy podnikateľ vymáhajúc svoj domnelý nárok po tom, čo cestou súdu nie je úspešný, tak si mimosúdne uplatní pohľadávku ešte vo vyššom rozsahu. Žalovaný konal nekalo, keď bez aktívnej vecnej legitimácie mimosúdne vediac o tomto svojom právnom defekte, tzn. nedisponoval pohľadávkou, túto vymáhal, a dokonca navýšil o značnú sumu takmer 3.000,-eur, pričom žalobkyňa nemala inú možnosť ako sa brániť, iba cestou súdu, a bola úspešná. Náhrada trov konania nemôže slúžiť a to ani okrajovo na akékoľvek zadosťučinenie v zmysle osobitného ustanovenia o ochrane spotrebiteľa, ale slúži výlučne na vykrytie nákladov toho-ktorého súdneho konania. V tejto veci ide o individuálne okolnosti a o špecifické konanie žalovaného, ktoré bolo dokazovaním preukázané, a ktoré zakladá možnosť súdu priznať primerané finančné zadosťučinenie vo výške, ktorá je požadovaná zo strany žalobkyne. 11.Žalobkyňa vo svojej výpovedi ako strana v konaní uviedla, že od Poštovej banky si požičala peniaze vo výške 15.000,- eur. Pôžičku začala splácať, no dostala sa do zlej finančnej situácie z dôvodu onemocnenia manžela a zostali v podstate bez jeho príjmu. Pôžičku prestala splácať a príjem sa začal používať pre rodinu a deti. Celkove uhradila sumu tak, ako je to uvedené v žalobe. Poštovej banke mimo týchto fin. prostriedkov nič ďalšie neuhradila a žalovanému bola poukázaná čiastka zo zrážok zo mzdy. Žalovanému v určitom období riadne poukazovala splátky, no v tom čase jej mzdové oddelenie zamestnávateľa oznámilo, že ide vykonávať zrážky. Žalovanému poukazovala splátky v rôznych výškach od 50,- eur do 150,-eur. Bola preto zaskočená konaním žalovaného. Od zamestnávateľa sa dozvedela, že žalovaný si uplatnil sumu do 19.000,- eur, pričom predtým bol rozsudok, resp. žalovaný súdnou cestou požadoval sumu 16.000,- eur. Určitú dobu jej zrážky zo mzdy boli vykonávané. Skončilo</w:t>
      </w:r>
    </w:p>
    <w:p>
      <w:r>
        <w:t>to až po súdnom konaní, kedy súd tieto zrážky zastavil. Súd prebiehal dva roky. Bola nervózna, napätá, nevedela , ako to dopadne, a čo má robiť. Následky uplatnených zrážok zo mzdy boli pre ňu nepríjemné, stresujúce. A keď teraz vidí personálnu pracovníčku, je jej nepríjemne s ňou byť. Splátky pôžičky obnovila asi po dvoch rokoch, keď si manžel našiel prácu. Vybavili sa jej telefonáty od žalovaného po ukončení súdneho konania, ktoré pociťovala ako tlak, len aby platila. Telefonáty teraz už pre odstup času nemá uchované v mobile. Splátky vo výške 250,- eur mesačne uhrádzala, dokiaľ mohla. Mimo tejto žaloby podala aj inú žalobu na primerané finančné zadosťučinenie, ku ktorej sa odmietla vyjadriť. 12.Žalovaný vo svojich písomných vyjadreniach nárok neuznal za dôvodný a konanie žalobcu považuje za zjavne bezúspešné a šikanózne uplatňovanie práva. Žiadal žalobu zamietnuť a zaviazať žalobcu na náhradu trov konania. Poukázal na to, že žalobca si žalobný nárok na priznanie primeraného finančného zadosťučinenia odvodzuje od konania vedeného na tunajšom súde pod sp. zn. 16Csp/93/2021, v ktorom konaní vystupoval ako žalobca a žalovaný bol v rovnakom procesnom postavení žalovaného. V tomto súdnom konaní sa žalobca domáhal uloženia povinnosti zdržať sa použitia dohody o zrážkach zo mzdy, ktorú dohodu uzatvoril žalobca s pôvodným veriteľom - Poštovou bankou, a.s. Samotné právo na primerané finančné zadosťučinenie žalobcu voči žalovanému vôbec nevzniklo, v čoho dôsledku žalobca ani nemôže uplatnený nárok dostatočne preukázať. Žalobca nesplnil zákonný predpoklad pre uplatnenie nároku na primerané finančné zadosťučinenie, a to úspešné uplatnenie práva alebo povinnosti voči porušiteľovi. Zmluvu koncipoval pôvodný veriteľ a žalovanému bola len postúpená pohľadávka vyplývajúca zo zmluvy o úvere bez toho, aby žalovaný mohol nejakým spôsobom ovplyvniť jej obsah, podmienky, či ustanovenia. Z uvedených dôvodov nemožno žalovaného pokladať za porušiteľa. Práve ustanovenie zákona o ochrane spotrebiteľa v poslednej vete § 3 ods. 5 zákona uvádza úpravu, z ktorej vyplýva, že ak sa spotrebiteľ úspešne uplatní porušenie práva alebo povinnosti ustanovenej, či už týmto zákonom alebo osobitným predpisom, má právo na primerané finančné zadosťučinenie od toho, kto za porušenie práva alebo povinnosti ustanovenej týmto zákonom alebo iným predpisom zodpovedá. V predošlom konaní nebolo rozhodnuté o porušení práva či povinnosti žalobcu, a na strane druhej, absentuje zodpovedný subjekt ako porušiteľ práv žalobcu. Namietol požadovanú výšku primeraného finančného zadosťučinenia. Konanie žalobcu je zjavné zneužívanie jeho práv, nakoľko je potrebné, aby sa v každom jednom prípade skúmali všetky aspekty posudzovanej právnej veci a rovnako sa musí prihliadať na „rozsah“ zásahu do práv spotrebiteľa. Nemožno priznávať práva spotrebiteľom len titulom, že sú spotrebitelia, nakoľko takéto bezlimitové nazeranie spôsobuje značnú nerovnováhu v právach a povinnostiach strán sporu, ktorá okolnosť nie je žiadúca. Žalobca nesplatil ani len istinu úveru, ktorý si vzal od pôvodného veriteľa, čo sám na strane 3 žaloby uznal, nakoľko sám uviedol, že na úver vo výške 15 000 Eur uhradil sumu 6 877,47 Eur, ktorá suma nepredstavuje ani len polovicu úveru, ktorý si žalobca vzal, minul a nevrátil. Žalobca je porušiteľom práv a koná v rozpore s dobrými mravmi, keď požaduje primerané finančné zadosťučinenie v prípade, keď porušil svoje záväzkové povinnosti a nevrátil ani len istinu úveru. 13.Poukázal na závery rozhodnutia Mestského súdu Košice sp. zn. K2- 37C/5/2022,z ktorého citoval : „Žalobca, ako bolo súdom konštatované vyššie, síce splnil zákonom požadované podmienky v zmysle ust. § 3 ods. 5 zákona č. 250/2007 Z. z., avšak z vykonaného dokazovania vyplynuli také skutočnosti, pre ktoré súd ochranu práva žalobcu na priznanie primeraného finančného zadosťučinenia odoprel, a to s poukazom na ust. § 3 ods. 1 Občianskeho zákonníka. Žalobcovi bol na základe úverovej zmluvy poskytnutý úver vo výške 2.000 eur, pričom žalobca sa zaviazal vrátiť celkovo sumu 3.539,64 eura. Z výpovede žalobcu vyplynulo, že na základe úveru získané finančné prostriedky poskytol inej osobe, ktorá skutočnosť je však bez právneho významu, keďže dlžníkom z úverovej zmluvy bol žalobca. Nakoľko žalobca úver nesplácal, žalovaný, ktorý v dôsledku postúpenia pohľadávky vstúpil do postavenia veriteľa spolu so všetkými právami a povinnosťami, pristúpil k vykonávaniu zrážok na základe uzavretej dohody o zrážkach zo mzdy. Tu je však potrebné poukázať na to, že súd v základnom konaní konštatoval neplatnosť dohody o zrážkach zo mzdy, a to pre jej nesúlad s ust. § 53 Občianskeho zákonníka, keďže nebola individuálne dojednaná a takisto pre jej neurčitosť v zmysle ust. § 37 Občianskeho zákonníka. Uvedené však nič nemení na skutočnosti, že žalobca úver riadne nesplácal a na jeho splatenie uhradil len to, čo bolo zrazené z jeho mzdy, t. j. dve zrážky vykonané z jeho mzdy u jeho súčasného zamestnávateľa v celkovej výške 460,79 eura a ďalšie tri, resp. štyri splátky, ktorých celkovú výšku žalobca uviesť nevedel. Z uvedeného pre súd vyplynul záver, že žalobca neuhradil ani len poskytnutú istinu úveru. Vychádzajúc z uvedeného možno konštatovať, že porušením povinností zo strany žalovaného nedošlo ani k zásahu do majetkovej sféry žalobcu tým, že by sa žalovaný bezdôvodne obohatil na jeho úkor, ako to zvykne byť v obdobných konaniach vo veci priznania primeraného</w:t>
      </w:r>
    </w:p>
    <w:p>
      <w:r>
        <w:t>finančného zadosťučinenia v zmysle ust. § 3 ods. 5 zákona č. 250/2007 Z. z.. V súdenej veci však takáto situácia nenastala. Žalobca si tak nesplnil svoju povinnosť riadne splácať úver v splátkach ani v rozsahu poskytnutej istiny úveru, nemôže preto požadovať za porušenie svojej povinnosti ešte priznanie primeraného finančného zadosťučinenia. Súd zastáva názor, že požiadavka na ochranu spotrebiteľa ako slabšej strany môže byť dôvodná len tam, kde prišlo k nezákonnému alebo nečestnému obohateniu sa na úkor spotrebiteľa. Žalobcom uplatňovaná suma primeraného finančného zadosťučinenia nie je dostatočným spôsobom špecifikovaná a relevantne odôvodnená a preukázaná. Pri určení výšky primeraného finančného zadosťučinenia je potrebné limitovať a zohľadniť, aký dopad a právne následky malo predchádzajúce konanie na spotrebiteľa, ako i všetky relevantné skutočnosti. Žalobca ako spotrebiteľ predchádzajúcim konaním domohol uloženie povinnosti žalovanému neuplatňovať dohodu o zrážkach zo mzdy, na základe ktorej skutočnosti a skutočnosti, že žalobca neuhradil ani len istinu úveru nebol dopad do osobnej, či majetkovej sféry žalobcu žiaden, a z ktorého dôvodu nemožno priznať primerané finančné zadosťučinenie vo vyššej výške, nakoľko toto by bolo v zjavnom nepomere a nepredstavovalo by primeraný satisfakčný prostriedok. Žalovaný pokladá uplatňovanú výšku primeraného finančného zadosťučinenia za neadekvátnu, neprimeranú a jedná sa o účelové konanie zo strany žalobcu, ktorý bol tým, ktorý si neplnil svoje základné záväzkové povinnosti, prestal splácať poskytnutý úver a tomuto by nemala byť poskytnutá právna ochrana. V danom prípade nemožno konanie hodnotiť inak ako zjavné zneužívanie práva a značný nekontrolovateľný zásah do ústavného majetkového práva veriteľa. Takto ochrana spotrebiteľov narúša princíp rovnosti strán ako i princíp práva na spravodlivý proces a práva na právnu istotu, kedy sa podstatným spôsobom zasahuje do práv veriteľov, no napriek tomu sa poskytuje ochrana dlžníkom, ktorí si neplnia svoje základné povinnosti. Miera ochrany spotrebiteľa má svoje limity a nemôže byť absolútna. Limit pre určenie mieri ochrany spotrebiteľa je daný úrovňou spotrebiteľa. 14.Citoval z rozhodnutia Najvyššieho súdu Českej republiky: „ Ochrana spotrebiteľa má svoje limity, pričom ochranu spotrebiteľa nemožno ponímať ako obranu proti ľahkovážnosti a nezodpovednosti (NS ČR, sp. zn.: 23Cdo/1201/2009). 15.Odcitoval tiež odlišné stanovisko sudcu B. F. podľa § 32 ods. 1 zákona o ústavnom súde k nálezu pripája k rozhodnutiu Ústavného súdu sp. zn.: I.ÚS 547/2012: „Považujem za nevyhnutné najskôr konštatovať, že všeobecné súdy vrátane ústavného súdu ochranu spotrebiteľov pustili už tak ďaleko, že títo nemusia niesť žiadne adekvátne dôsledky za svoje konanie, aj keď uzavrú akúkoľvek zmluvu, dokonca čokoľvek, čo sa prieči zdravému rozumu (v zmysle „ten chudák ani nevie, čo podpísal “, ale „peniaze mohol zobrať“), a to sa už do týka samej podstaty a hlavne primeranosti práva, v dôsledku čoho spotrebiteľa z úradnej povinnosti zbavujú jeho zodpovednosti. Taký postup orgánov ochrany práva je nielenže absolútne „nevýchovný“, paternalistický, ale aj absurdný a v rozpore so zásadou rovnosti, vigilantibus iura, neminem laedere a pod., ktoré by mali v podstate platiť aj pre „privilegovaného“ spotrebiteľa; opakom je potom neprípustné zvýhodňovanie dlžníka oproti veriteľovi, ktorému inak reálne hrozí riziko nevymoženia ani len elementárneho nároku bez akéhokoľvek príslušenstva voči dlžníkovi, ktorý sa tak neoprávnene obohacuje na jeho úkor za asistencie súdov. Preto ak nedôjde k racionálnemu zvratu v doterajšej judikatúre súdov, opäť vrátane ústavného súdu, existujúce bagateľné spory tak zahltia všetky súdy Slovenskej republiky (čo je už reálne) a ochromia nielen výkon ich spravodlivosti, ale narušia aj dôveru občanov v právo, právny poriadok, a tým aj v právny štát (čl. 1 ods. 1 ústavy).“ Už z koncipácie pojmu primerané znamená, že finančné zadosťučinenie má predstavovať len primeranú satisfakciu a nie satisfakciu v rozsahu neprimeranom zásahu a rozsahu neprimeranom skutkovým okolnostiam. Primerané finančné zadosťučinenie v požadovanej výške rozhodne nespĺňa kritérium a rozsah primeranosti, ale je zjavným zneužitím práva žalobcu a zásahom do práv žalovaného. Práva žalobcu boli v predchádzajúcom konaní, od ktorého konania si v predmetnom konaní žalobca uplatňuje primerané finančné zadosťučinenie „zhojene“ a napravené tým, že žalovanému bola uložená povinnosť zdržať sa použitia dohody o zrážkach zo mzdy. Rozhodnutia všeobecných súdov nie sú v našom právnom poriadku právne záväzné a môžu byť len nápomocné k rozhodnutiu, avšak v každom jednom prípade je nevyhnutné vziať zreteľ na osobitosti a individuality každého sporu. V tomto kontexte poukázal na rozsudok NS ČR zo dňa 29.6.2010 sp. zn. 23Cdo/1201/2009 a článok v komentári Občiansky zákonník, v ktorom sa uvádza: „Je potrebné zdôrazniť, že aj ochrana spotrebiteľa má svoje medze a v žiadnom prípade ju nemožno pojať ako obranu pred ľahkomyseľnosťou a nezodpovednosťou.“ Nie je možné poskytovať právnu ochranu spotrebiteľom bez limitov a tým neprimerané, nedôvodne zasahovať do ústavných majetkových práv veriteľov. V takomto prípade sa nastoľuje značná nerovnováha medzi dlžníkmi a veriteľmi, dochádza k porušeniu práva na spravodlivý proces a práva na právnu istotu. 16.Žalovaný na pojednávaní poukázal na svoje písomné vyjadrenia a zdôraznil, že súdne rozhodnutie rešpektoval, neuplatňoval si voči žalobkyni žiadne ďalšie nároky. Žalovaný aj v tomto konaní uhradil</w:t>
      </w:r>
    </w:p>
    <w:p>
      <w:r>
        <w:t>predmetné trovy konania, a práve inštitút trov konania predstavuje určitú formu satisfakcie a je nástrojom, ktorý má odradiť účastníkov uplatňovania si svojich práv na súde. Už zaplatením trov konania bola dosiahnutá zákonom sledovaná funkcia primeraného odškodnenia a náhrada nákladov, ktoré žalobkyni vznikli v súvislosti s týmto konaním. Žalovaný nevstupoval do kontrakčného procesu uzatvárania zmlúv ani dohôd, ktoré boli predmetom pôvodného konania. Poukázal na relevantnú rozhodovaciu prax všeobecných súdov, ktorá ukazuje, že pri absencii preukázania konkrétnych negatívnych dôsledkov súdy priznávajú výrazne nižšie sumy ako tie, ktoré si uplatňuje žalobkyňa. Príkladmo OS Prešov sp.zn.7Csp/3/2023 priznal sumu 50,- eur, OS PO sp.zn.24Csp/9/2022 dokonca iba 20,- eur. Tieto rozhodnutia vychádzajú z logiky, že samotné procesné víťazstvo nie je automatickým dôvodom na priznanie PFZ vo vyššej sume. Citoval ppl. rozs. OS Prešov 7Csp/3/2023 zo dňa 5.4.2023:“ Žalobkyňa si svoj nárok na priznanie PFZ odôvodnila svojou úspešnosťou v konaní o určenie povinnosti zdržať sa uplatnenia dohody o zrážkach zo mzdy. Neuviedla, či konanie žalovaného viedlo k vzniku aj iných negatívnych dôsledkov v jej súkromnom a spoločenskom živote a tieto neboli ani preukázané. Keďže uvedenými skutočnosťami žalobkyňa neargumentovala, súd považoval za primeranú výšku 50,- eur. Pôvodné konanie sa týkalo len zabezpečovacieho inštitútu, prostredníctvom ktorého sa žalovaný ako veriteľ snažil domôcť svojej peňažnej pohľadávky voči žalobkyni. Žalobkyňa nemala problém splácať tie splátky, ani problém s tými zrážkami nemala, ale problém bol v tom, že mali ťažkú životnú situáciu v rodine. Žalobkyňa v priebehu súdneho konania nepreukázala negatívne dôsledky v jej súkromnom, alebo spoločenskom živote z dôvodu súdneho konania. Uplatnená výška primeraného finančného zadosťučinenia aj vzhľadom na vykonané dokazovanie by viedlo k neprimeranému obohateniu žalobkyne. Žalobkyňa viackrát podala žalobu o primerané fin. zadosťučinenie, čo aj sama potvrdila, a preto súdne konania nie sú pre ňu očividne záťažou. 17.Súd na základe dokazovania vykonaného v súlade s prednesmi strán, vypočutím žalobkyne, oboznámením spisov Okresného súdu Poprad sp. zn. 16Csp/93/2021, 12 Csp 34/2020, z najmä rozhodnutí Okresného a Krajského súdu, potvrdenia spoločnosti Sintra spol. s.r.o., výzvy žalovaného zistil nasledovný skutkový stav : 18.Rozsudkom Okresného súdu Poprad sp. zn. 12Csp/34/2020 – 244 zo dňa 19. mája 2021 v spojení s rozsudkom KS Prešov sp. zn. 13CoCsp/36/2021 zo dňa 16.2. 2022 súd vo veci tých istých strán, avšak v opačnom procesnom postavení, v bode I. zastavil konanie v časti uplatnenej pohľadávky prevyšujúcej sumu 13.084,21 eur, zmluvného úroku vo výške 8,9 % ročne od 21.10.2024 do zaplatenia, v bode II v prevyšujúcej časti žalobu zamietol a žalovanej priznal nárok na trovy konania. Podľa bodu 1. odôvodnenia žalobca sa žalobou doručenou Okresnému súdu Banská Bystrica dňa 5.11. 2019 domáhal, aby zaviazal žalovanú zaplatiť mu 15.936,62 eur, zmluvný úrok 8,9 % ročne zo sumy 13.084,21 eur od 20.12.2018 do zaplatenia, zákonný úrok z omeškania vo výške 5 % ročne zo sumy 13.084,21 eur od 20.12.2018 do zaplatenia a trovy konania. Žalobu v písomnom podaní odôvodnil tým, že dňa 20.12.2018 Poštová banka uzavrela ako postupca so spoločnosťou Bencont Collection, a.s. zmluvu o postúpení pohľadávok, na základe ktorej žalobca nadobudol pohľadávku zo zmluvy o úvere č. 1645781085 spolu s príslušenstvom. Právny predchodca žalobcu ako veriteľ a žalovaný ako dlžník uzavreli dňa 1.10.2014 pod č. 1645781085 zmluvu o úvere podľa § 497 a nasl. Ob.Z., predmetom ktorej bolo poskytnutie peňažných prostriedkov v celkovej výške 15.000,- eur žalovanému. Žalovaný sa podľa zmluvy zaviazal vrátiť poskytnuté peňažné prostriedky v dohodnutej lehote. Žalobca si dňa 1.10.2014 splnil zmluvnú povinnosť tak, že previedol finančné prostriedky vo výške 15.000,- eur na účet žalovaného. Žalovaný splatil svoj záväzok iba čiastočne. Dlžnú sumu žalobca vyčíslil ako dlžnú istinu spočívajúcu v nesplatenej časti poskytnutého úveru vo výške 13.084,21 eur, dlžných zmluvných úrokov a zákonných úrokov z omeškania do dňa predchádzajúceho dňu 20.12.2018 vo výške 2.852,41 eur. Podľa bodu 28 odôvodnenia rozhodnutia súd preskúmal aktívnu legitimáciu žalobcu, teda či banka žalobcovi platne postúpila pohľadávku, ktorá sa stala splatnou. Dospel k záveru, že banka nezosplatnila pohľadávku voči žalovanej v súlade s príslušnými ustanoveniami zákona o bankách, a preto nemohla následne pohľadávku platne postúpiť žalobcovi. Podľa bodu 30 odôvodnenia súd vzhľadom k absencii aktívnej legitimácie žalobcu sa osobitne už nezaoberal procesnou obranou žalovanej spočívajúcou tvrdení o bezúročnosti a bezpoplatkovosti úveru resp. neplatnosti samotného právneho úkonu a neprijateľných zmluvných podmienok, ako aj hmotnoprávnou obranou a to vznesenou námietkou premlčania. 19.Rozsudkom Okresného súdu Poprad sp. zn. 16Csp/93/2021 zo dňa 29.5. 2023 v spojení s rozsudkom KS Prešov sp. zn. 20CoCsp/38/2023 súd vo veci totožných účastníkov + zamestnávateľa dlžníka žalovanému uložil povinnosť zdržať sa použitia Dohody o zrážkach zo mzdy uzavretej dňa 2.10.2014 k Zmluve o úvere č. 1645781085 zo dňa 2.10.2014 na výkon zrážok zo mzdy žalobkyne a žalobkyni priznal</w:t>
      </w:r>
    </w:p>
    <w:p>
      <w:r>
        <w:t>nárok na náhradu trov konania v plnom rozsahu. Podľa bodu 2 odôvodnenia rozhodnutia žalobkyňa žalobný návrh odôvodnila tým, že dohodu o zrážkach zo mzdy k zmluve o úvere uzatvorila s právnym predchodcom žalovaného v 1./ rade, a to Poštovou bankou, a.s., pretože chcela uzatvoriť Zmluvu o úvere lepšia splátka č. 1645781085 a veriteľ jej predložil listiny s tým, ak chce, aby jej bol úver poskytnutý, je tieto potrebné podpísať. Predmetné listiny podpísala v presvedčení, že podpísala úverovú zmluvu. Až od zamestnávateľa z výzvy na vykonávanie zrážok zo mzdy sa dozvedela, že podpísala aj dohodu o zrážkach zo mzdy. Napriek skutočnosti, že neexistuje súdne rozhodnutie, ktoré by jej určilo rozsah povinností plniť, žalovaný v 2./ rade spoločnosť Sintra ako jej zamestnávateľ je povinný vykonávať zrážky z jej mzdy podľa požiadavky žalovaného v 1./ rade. Ona ako žalobkyňa nemá žiadnu možnosť zrážky zastaviť. Žalovaný ako veriteľ v 1./ rade si výšku dlhu sám jednostranne diktuje, chýba tu teda akákoľvek súdna kontrola spotrebiteľskej zmluvy, či neobsahuje neprijateľné zmluvné podmienky a či zmluva obsahuje náležitosti vyžadované zákonom spotrebiteľských úveroch, teda či žalovaný v 1./ rade má nárok okrem istiny aj na úroky, poplatky a iné príslušenstvo istiny. Žalobkyňa v žalobe namietala chýbajúce náležitosti spotrebiteľskej zmluvy, a to uvedenie doby trvania zmluvy o spotrebiteľskom úvere, ročnú percentuálnu mieru nákladov a celkovú čiastku, ktorú musí spotrebiteľ zaplatiť. Keďže zmluva neobsahuje správny údaj o výške RPMN, spotrebiteľský úver sa má považovať za bezúročný a bez poplatkov. Namietala, že dohoda o zrážkach zo mzdy predstavuje neprijateľnú zmluvnú podmienku. Súd vo veci vydal neodkladné opatrenie dňa 13.1.2022 a žalovanému v 1./ rade uložil povinnosť zdržať sa použitia Dohody o zrážkach zo mzdy zo dňa 2.10.2014 až do právoplatného skončenia konania vo veci samej. Žalovanému v 2./ rade uložil povinnosť vykonávania zrážok zo mzdy žalobkyne podľa uvedenej dohody. Podľa bodu 21 odôvodnenia po oboznámení sa s obsahom uzatvorenej dohody o zrážkach zo mzdy súd právny úkon - dohodu o zrážkach zo mzdy posúdil ako absolútne neplatný právny úkon, ktorý je neurčitý, v rozpore so zákonom. 20.Z pripojeného spisu 16Csp/93/2021, z dokumentu na č.l. 15 spisu vyplýva, že žalovaný Bencont Collection, a.s. doručil dňa 8.2. 2021 organizácii Sintra, spol. s.r.o. výzvu na vykonávanie zrážok zo mzdy zamestnancovi A. B., kde v podaní vyčísľuje k dátumu 28.1.2021 pohľadávku z nesplateného úveru vo výške 19.084,33 eur. Ako prílohu predložil dohodu o zrážkach zo mzdy. Podľa potvrdenia spoločnosti Sintra spol. s.r.o. žalobkyni boli v období mesiacov február až december 2021 vykonané iné zrážky zo mzdy vo výške od 84,- eur do 152,80,- eur ,celkom 1044,23,- eur z priemernej brutto mzdy 872,- eur. Podľa § 3 ods.3,5 zákona č. 250/2007 Z. z. (3) Každý spotrebiteľ má právo na ochranu pred neprijateľnými podmienkami v spotrebiteľských zmluvách. (5) Proti porušeniu práv a povinností ustanovených zákonom s cieľom ochrany spotrebiteľa môže sa spotrebiteľ proti porušiteľovi na súde domáhať ochrany svojho práva. Združenie sa môže na súde proti porušiteľovi domáhať, aby sa porušiteľ zdržal protiprávneho konania a aby odstránil protiprávny stav, a to aj vtedy, ak takéto konanie porušiteľa poškodzuje záujmy spotrebiteľov, ktoré nie sú len jednoduchým súhrnom záujmov jednotlivých spotrebiteľov poškodených porušením spotrebiteľských práv, ale ide o konanie porušiteľa uplatňované voči všetkým spotrebiteľom (ďalej len "kolektívne záujmy spotrebiteľov"). Spotrebiteľ, ktorý na súde úspešne uplatní porušenie práva alebo povinnosti ustanovenej týmto zákonom a osobitnými predpismi, má právo na primerané finančné zadosťučinenie od toho, kto za porušenie práva alebo povinnosti ustanovenej týmto zákonom a osobitnými predpismi zodpovedá. Podľa § 5a ods. 1 zákona č. 250/2007 Z.z. (1) Neprípustné je zabezpečenie uspokojenia pohľadávky alebo splnenie záväzku zo spotrebiteľskej zmluvy a) dohodou o zrážkach zo mzdy a z iných príjmov v prospech predávajúceho alebo inej osoby, 12cd) ibaže táto dohoda bola uzavretá vo forme osobitnej listiny, spotrebiteľ bol poučený o dôsledkoch jej uzavretia a mal možnosť ju odmietnuť, alebo b) zmenkou alebo šekom. 12ce) Podľa § 53 ods. 1 – 5 O.z. (1)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(2) Za individuálne dojednané zmluvné ustanovenia sa nepovažujú také, s ktorými mal spotrebiteľ možnosť oboznámiť sa pred podpisom zmluvy, ak nemohol ovplyvniť ich obsah.</w:t>
      </w:r>
    </w:p>
    <w:p>
      <w:r>
        <w:t>(3) Ak obchodník nepreukáže opak, zmluvné ustanovenia dohodnuté medzi obchodníkom a spotrebiteľom sa nepovažujú za individuálne dojednané. (4) Za neprijateľné podmienky uvedené v spotrebiteľskej zmluve sa považujú najmä ustanovenia, ktoré a) má spotrebiteľ plniť a s ktorými sa nemal možnosť oboznámiť pred uzavretím zmluvy, b) dovoľujú obchodníkovi previesť práva a povinnosti zo zmluvy na tretiu osobu bez súhlasu spotrebiteľa, ak by prevodom mohlo dôjsť k zhoršeniu vymožiteľnosti alebo zabezpečenia pohľadávky spotrebiteľa, c) vylučujú alebo obmedzujú zodpovednosť obchodníka za konanie alebo opomenutie, ktorým sa spotrebiteľovi spôsobila smrť alebo ujma na zdraví, d) vylučujú alebo obmedzujú práva spotrebiteľa pri uplatnení zodpovednosti za vady alebo zodpovednosti za škodu, e) umožňujú obchodníkovi, aby spotrebiteľovi nevydal ním poskytnuté plnenie aj v prípade, ak spotrebiteľ neuzavrie s obchodníkom zmluvu alebo od nej odstúpi, f) umožňujú obchodníkovi odstúpiť od zmluvy bez zmluvného alebo zákonného dôvodu a spotrebiteľovi to neumožňujú, g) oprávňujú obchodníka, aby bez dôvodov hodných osobitného zreteľa vypovedal zmluvu uzavretú na dobu neurčitú bez primeranej výpovednej lehoty, h) prikazujú spotrebiteľovi, aby splnil všetky záväzky aj vtedy, ak obchodník nesplnil záväzky, ktoré vznikli, i) umožňujú obchodníkovi jednostranne zmeniť zmluvné podmienky bez dôvodu dohodnutého v zmluve, j) určujú, že cena tovaru alebo služieb bude určená v čase ich splnenia, alebo obchodníka oprávňujú na zvýšenie ceny tovaru alebo služieb bez toho, aby spotrebiteľ mal právo odstúpiť od zmluvy, ak cena dohodnutá v čase uzavretia zmluvy je podstatne prekročená v čase splnenia, k) požadujú od spotrebiteľa, ktorý nesplnil svoj záväzok, aby zaplatil neprimerane vysokú sumu ako sankciu spojenú s nesplnením jeho záväzku, l) obmedzujú prístup k dôkazom alebo ukladajú spotrebiteľovi povinnosti niesť dôkazné bremeno, ktoré by podľa práva, ktorým sa riadi zmluvný vzťah, mala niesť iná zmluvná strana, m) v prípade čiastočného alebo úplného nesplnenia záväzku zo strany obchodníka neprimerane obmedzujú alebo vylučujú možnosť spotrebiteľa domáhať sa svojich práv vrátane práva spotrebiteľa započítať pohľadávku voči obchodníkovi, n) spôsobujú, že platnosť zmluvy uzatvorenej na dobu určitú sa po uplynutí obdobia, na ktorú bola zmluva uzavretá, predĺži, pričom spotrebiteľovi priznávajú neprimerane krátke obdobie na prejavenie súhlasu s predĺžením platnosti zmluvy, o) oprávňujú obchodníka rozhodnúť o tom, že jeho plnenie je v súlade so zmluvou, alebo ktoré priznávajú právo zmluvu vykladať iba obchodníkovi, p) obmedzujú zodpovednosť obchodníka, ak bola zmluva uzavretá sprostredkovateľom, alebo vyžadujú uzavretie zmluvy prostredníctvom sprostredkovateľa v osobitnej forme, r) umožňujú, aby bol spor medzi stranami riešený v rozhodcovskom konaní bez splnenia podmienok ustanovených osobitným zákonom, s) požadujú, aby spotrebiteľ poskytol zabezpečenie splnenia svojho záväzku v hodnote neprimerane vyššej, ako je výška jeho záväzku vyplývajúca zo spotrebiteľskej zmluvy v čase uzavretia dohody o zabezpečení splnenia záväzku spotrebiteľa, t) požadujú od spotrebiteľa plnenie za službu, ktorej poskytnutie obchodníkom v prevažnej miere nesleduje záujmy spotrebiteľa, u) požadujú od spotrebiteľa, aby bol neprimerane dlho viazaný zmluvou aj keď pri uzavieraní zmluvy bolo zrejmé, že predmet zmluvy možno dosiahnuť v podstatne kratšom čase, v) požadujú od spotrebiteľa uhradenie plnení, o ktorých spotrebiteľ nebol pred uzavretím zmluvy preukázateľne informovaný, ktorých úhrada nebola upravená v zmluve alebo za ktoré spotrebiteľ nedostáva dohodnuté protiplnenie, w) požadujú, aby spotrebiteľ poskytoval alebo poukazoval tretej osobe alebo v prospech tretej osoby akékoľvek plnenie plynúce zo spotrebiteľskej zmluvy alebo súvisiace so spotrebiteľskou zmluvou, ktoré v prevažnej miere nesleduje jeho záujmy, alebo aby plnil v súvislosti s týmto plnením akékoľvek záväzky tretej osobe. (5) Neprijateľné podmienky upravené v spotrebiteľských zmluvách sú neplatné. Podľa § 53 ods. 1 – 3 zákona č. 108/2024 Z.z.o ochrane spotrebiteľa (1) Ustanovenia tohto zákona sa použijú na zmluvu uzavretú po 30. júni 2024. Vznik právnych vzťahov zo zmlúv uzavretých pred 1. júlom 2024 a nároky vzniknuté z týchto zmlúv sa posudzujú podľa právnych predpisov účinných do 30. júna 2024. (2) Dozor, dohľad alebo kontrola povinností v oblasti ochrany spotrebiteľa podľa predpisov účinných pred 1. júlom 2024 začaté a neukončené pred 1. júlom 2024 sa dokončia podľa právnych predpisov účinných</w:t>
      </w:r>
    </w:p>
    <w:p>
      <w:r>
        <w:t>do 30. júna 2024. Konania o porušení povinností v oblasti ochrany spotrebiteľa zistené dozorom, dohľadom alebo kontrolou podľa prvej vety sa začnú a dokončia podľa právnych predpisov účinných do 30. júna 2024. (3) Konania o porušení povinností v oblasti ochrany spotrebiteľa začaté a neukončené pred 1. júlom 2024 sa dokončia podľa právnych predpisov účinných do 30. júna 2024. Podľa § 3 O.z. (1) Výkon práv a povinností vyplývajúcich z občianskoprávnych vzťahov nesmie bez právneho dôvodu zasahovať do práv a oprávnených záujmov iných a nesmie byť v rozpore s dobrými mravmi. (2) Fyzické a právnické osoby, štátne orgány a orgány miestnej samosprávy dbajú na to, aby nedochádzalo k ohrozovaniu a porušovaniu práv z občianskoprávnych vzťahov a aby sa prípadné rozpory medzi účastníkmi odstránili predovšetkým ich dohodou. 21.S poukazom na vyššie uvedené skutočnosti a citované zákonné ustanovenia súd dospel k záveru, že žaloba je čo do základu dôvodná. Žalobca sa žalobou domáha priznania primeraného finančného zadosťučinenia s odkazom na ust. 3 ods.5 Zákona č. 150/2007 Z. z. o ochrane spotrebiteľa a porušením jeho práv, deklarovaných v rozsudku Okresného súdu Poprad sp. zn. 16Csp/93/2021. 22.V prípade porušenia práva alebo povinnosti ustanovenej zákonom č. 250/2007 Z.z. v znení neskorších predpisov a osobitnými predpismi, medzi ktoré sa zaraďuje i Občiansky zákonník, aj zákon o bankách , vzniká spotrebiteľovi právo na primerané finančné zadosťučinenie. Toto právo vyplýva z ust. § 3 ods. 5 zákona č. 250/2007 Z.z. o ochrane spotrebiteľa v znení neskorších predpisov, podľa ktorého proti porušeniu práv a povinnosti ustanovených zákonom s cieľom ochrany spotrebiteľa môže sa spotrebiteľ proti porušiteľovi na súde domáhať ochrany svojho práva. Spotrebiteľ sa môže na súde proti porušiteľovi domáhať, aby sa porušiteľ zdržal protiprávneho konania a aby odstránil protiprávny stav, a to aj vtedy, ak takéto konanie porušiteľa poškodzuje záujmy spotrebiteľov, ktoré nie sú len jednoduchým súhrnom záujmov jednotlivých spotrebiteľov poškodených porušením spotrebiteľských práv, ale ide o konanie porušiteľa uplatňované voči všetkým spotrebiteľom. Spotrebiteľ, ktorý na súde úspešne uplatní porušenie práva alebo povinností ustanovenej týmto zákonom a osobitnými predpismi, má právo na primerané finančné zadosťučinenie od toho, kto za porušenie práva alebo povinností ustanovenej týmto zákonom a osobitnými predpismi zodpovedá. 23.Vychádzajúc z tohto ustanovenia predpokladom pre uplatnenie práva na primerané finančné zadosťučinenie je úspešne uplatnenie porušenia práva alebo povinností ustanovenej týmto zákonom a osobitnými predpismi zo strany spotrebiteľa na súde. Zákon teda nevyžaduje pre vznik tohto práva, aby spotrebiteľovi bola privodená nejaká ujma. Postačuje ak k takémuto porušeniu práva alebo povinností dôjde. Od 10.06.2013 právo na primerané finančné zadosťučinenie vzniká už úspechom spotrebiteľa na súde v otázke preukázania porušenia práva alebo povinností ustanovenej zákonom č. 250/2007 Z.z. v znení neskorších predpisov alebo osobitnými predpismi. 24.Už v pôvodnom konaní Okresného súdu Poprad sp. zn. 12 Csp/34/2020 tých istých účastníkov o zaplatenie 15 936,62,- eur ,- eur sa žalobca (žalovaný v pôvodnom konaní) o.i. aktívne bránil voči žalovanému tvrdením neplatného postúpenia pohľadávky a námietkou nedostatku aktívnej legitimácie žalobcu. Ako vyplýva z odôvodnenia rozsudku Okresného súdu Poprad zo dňa 19.5.2021 č. k. 12Csp/34/2020-244 žalobca v pôvodnom konaní nepreukázal, aby výzva banky na zaplatenie omeškanej splátky žalovanej bola riadne zaslaná, resp. aby uvedená listina bola žalovanej doručená. Ak žalovaná túto skutočnosť poprela, bolo na žalobcovi uniesť dôkazné bremeno a súdu preukázať, že listina podmieňujúca vyhlásenie okamžitej splatnosti úveru bola žalovanej doručená. Žalobca nepreukázal teda splnenie procesnej podmienky, t.j. aktívnu legitimáciu na podanie žaloby, keďže zmluva o postúpení pohľadávky nemohla byť platným právnym úkonom, v zmysle ktorého mohol žalobca nadobudnúť právo na uplatnenie predmetnej pohľadávky. 25. V konaní Okresného súdu Poprad sp. zn. 16Csp/93/2021 o uloženie povinnosti zdržať sa použitia dohody o zrážkach zo mzdy sa žalobca proti žalovanému aktívne bránil tvrdením neplatnosti dohody o zrážkach zo mzdy zabezpečujúcej pohľadávku žalovaného z úverovej zmluvy pre nesplnenie zákonných podmienok. Ako vyplýva z odôvodnenia rozsudku Okresného súdu Poprad zo dňa 29.5.2023 č. k. 16Csp/93/2021- 89 (bod 20 až 28) žalobca preukázal, že dohoda bola neplatným právnym úkonom pre jej neurčitosť a rozpor tak s príslušnými ustanoveniami zákona č. 250/2007 Z.z., ako aj O.z. Žalobca</w:t>
      </w:r>
    </w:p>
    <w:p>
      <w:r>
        <w:t>ako spotrebiteľ na súde teda úspešne uplatnil porušenie práva alebo povinnosti ustanovenej zákonom o ochrane spotrebiteľa ako aj Občianskym zákonníkom. 26.Právoplatným ukončením súdneho konania 16Csp/93/2021 Okresného súdu Poprad bol naplnený predpoklad úspešného uplatnenia porušenia práva alebo povinnosti, umožňujúci žalobkyni požadovať od žalovaného právo na primerané finančné zadosťučinenie v súlade s ust. § 3 ods.5 Zákona platného v čase uzavretia zmluvného vzťahu žalobcu. Výsledok základného konania, v ktorom spotrebiteľ namieta neplatnosť dohody o zrážkach zo mzdy, je úspešným uplatnením práva alebo povinnosti v súdnom konaní ako to má na mysli zákon o ochrane spotrebiteľa. 27.Aj keď žalovaný nebol priamo stranou predmetného zmluvného vzťahu, postúpením pohľadávky pôvodného veriteľa na žalovaného žalobkyňa tento nárok mohla uplatniť tak proti pôvodnému veriteľovi, ako aj proti žalovanému. Žalovaný je teda pasívne legitimovanou stranou sporu. Tu súd poukazuje na rozhodovaciu prax súdnej autority a to rozsudok Najvyššieho súdu SR sp. zn. 7Cdo/237/2021 zo dňa 30.03.2023, (Aj podľa názoru dovolacieho súdu ak si žalovaná v predchádzajúcom spore neúspešne uplatnila spotrebiteľskú pohľadávku proti žalobcovi (spotrebiteľovi), pričom dôvod jej neúspechu spočíval v nepreukázaní aktívnej vecnej legitimácie (iba) v dôsledku nedodržania zákonných podmienok uvedených v § 92 ods. 8 zákona o bankách, potom nesie prípadnú zodpovednosť voči spotrebiteľovi v súvislosti s požadovaným finančným zadosťučinením v zmysle § 3 ods. 5 zákona č. 250/2007 Z. z. pôvodný veriteľ (banka), alebo ten, na koho bola spotrebiteľská pohľadávka postúpená (bod 16 in fine). a rozsudok Najvyššieho súdu SR sp. zn. 9Cdo/324/2020 zo dňa 13.12.2022 28.Rozsah finančného zadosťučinenia nie je žiadnym právnym predpisom upravený, nie sú dané žiadne kritériá, ktoré by bolo potrebné pri určení výšky zadosťučinenia zohľadniť. Jediným kritériom je jeho primeranosť. Jeho konkrétnu výšku určuje súd úvahou so zreteľom na okolnosti každého jednotlivého prípadu (R48/2022, uznesenie NS SR 7Cdo/92/2021). 29.Cieľom tohto inštitútu je satisfakčná funkcia, teda vykonanie zadosťučinenia a vyrovnanie pomerov, ktoré boli postupom žalovaného, ktorý bol preukázaný v inom konaní ,ako nesprávny narušené a uviesť tieto pomery do rovnováhy. Súd môže rozhodnúť, že existujú spravodlivé dôvody na priznanie nižšej náhrady než bola skutočne spôsobená škoda, vzhľadom na individuálne okolnosti prejednávanej veci. Inštitút primeraného finančného zadosťučinenia nemôže slúžiť na finančné obohatenie sa žalobcu, resp. na kompenzáciu jeho majetkovej škody, ale musí zostať na úrovni a vo funkcii účinného a odradzujúceho prostriedku ochrany. Kritérium kvantifikácie nároku by mali byť najmä okolnosti, za ktorých k porušeniu došlo, ich dosah na sféru individuálnych preferencií spotrebiteľa, ako aj závažnosť porušenia práv spotrebiteľa. 30. Pri stanovení výšky je všeobecne potrebné vychádzať zo závažnosti vzniknutej, resp. hroziacej ujmy, okolností tak na strane žalobcu ako aj žalovaného, okolností, za ktorých došlo k porušeniu práv spotrebiteľa. Nie je možné sa striktne držať ujmy, ktorá žalobcovi objektívne hrozila, resp. ktorá mu vznikla. V súvislosti s výškou primeraného finančného zadosťučinenia je dôkazná povinnosť a povinnosť tvrdenia na strane spotrebiteľa. Výška nároku musí byť objektívne preukázaná. 31.Žalobca pokiaľ nepožaduje symbolickú výšku zadosťučinenia, musí opísať povahu, intenzitu, trvanie a rozsah pôsobenia akýchkoľvek nepriaznivých následkov a preukázať, ako tieto následky pociťoval a prežíval. Všetky tieto predpoklady musí súd v rámci úvahy o výške nároku posúdiť kvalitatívne a kvantitatívne, a to aj z hľadísk ich významu pre rozhodnutie, ku ktorému dospel. Jedným z takýchto dôsledkov môže byť napr. to, že žalobca z dôvodu žaloby, ktorá bola voči nemu podaná, musel brániť svoje spotrebiteľské práva, pričom už samotné súdne konanie je stresujúcim faktorom, odôvodňujúcim priznanie finančného zadosťučinenia. Inými negatívnymi dôsledkami, ktoré by mohli vzniknúť v súvislosti s nekalým konaním žalovaného je napríklad vznik nepriaznivej majetkovej a sociálnej situácie v konkrétnom čase, odkázanosť na iných alebo psychická záťaž, žalovaný sa voči spotrebiteľovi súdnou cestou domáha jednorazového plnenia živého úveru bez aktívnej vecnej legitimácie, prípadne právneho opodstatnenia. 32.Rovnako súd môže zohľadniť demonštratívne ukazovatele závažnosti porušenia práv spotrebiteľa a. povaha, závažnosť, rozsah a trvanie porušenia právnych predpisov;</w:t>
      </w:r>
    </w:p>
    <w:p>
      <w:r>
        <w:t>b. akékoľvek opatrenie prijaté predajcom alebo dodávateľom na zmiernenie škody, ktorú utrpeli spotrebitelia, alebo na jej nápravu; c. všetky predchádzajúce porušenia právnych predpisov, ktorých sa predajca alebo dodávateľ dopustil; d. získané finančné výhody predajcu alebo dodávateľa v dôsledku porušenia právnych predpisov alebo straty, ktoré predajca alebo dodávateľ v dôsledku takéhoto porušenia neutrpel, ak sú k dispozícii príslušné údaje; e. sankcie uložené predajcovi alebo dodávateľovi za rovnaké porušenie právnych predpisov v iných členských štátoch v cezhraničných prípadoch, keď sú informácie o takýchto sankciách dostupné prostredníctvom mechanizmu zriadeného nariadením Európskeho parlamentu a Rady (EÚ) 2017/2394; f. všetky ostatné priťažujúce alebo poľahčujúce faktory vzťahujúce sa na okolnosti prípadu (Čl. 1 až 4 smernice 2019/2161); Medzi žalobcami a právnym predchodcom žalovaného došlo k uzavretiu úverovej zmluvy, pričom jednotlivé záväzky z tejto zmluvy boli zabezpečené rozhodcovskou doložkou. Na podklade tejto rozhodcovskej doložky sa neskôr právny predchodca žalovaného v roku domáhal uspokojenia svojich nárokov z úverovej zmluvy pred rozhodcovským súdom a bol v konaní úspešný, keď rozhodcovský súd mu v roku 2014 priznal jednotlivé nároky predstavujúce nesplatenú istinu, úroky a príslušenstvo. Právny predchodca žalovaného sa následne domáhal núteného výkonu tohto rozhodcovského rozsudku v rámci exekúcie, ktorá bola vedená od roku 2015 do roku 2023 počas 8 rokov, kedy zo strany súdneho exekútora vykonávajúceho exekúciu na podklade návrhu oprávneného, dochádzalo k výkonu zrážok zo mzdy povinného, k blokovaniu nehnuteľnosti patriacej žalobcom. Žalobcovia boli tak obmedzovaní v zabezpečovaní svojich základných potrieb, a základných potrieb svojej rodiny, keď značná časť príjmu im bola pravidelne, každomesačne strhávaná za účelom splácania predmetného záväzku. 33.Žalobkyňa dôkazné bremeno uniesla čiastočne, preto súd pri určení výšky uplatneného nároku zohľadnil len skutočnosti ňou preukázané. Podstatná časť argumentácie žalobcu čo sa týka výšky zadosťučinenia spočívala v citácii všeobecných kritérii, na ktoré súdy prihliadajú pri stanovení výšky satisfakcie , pomeru bezdôvodného obohatenia k priznanej satisfakcii a.i. V danom prípade to mala byť hrozba vzniku škody vo výške zodpovedajúcej sume vo výzve žalovaného adresovanej zamestnávateľovi žalobkyne 19 084,33,- eur, realizovaných zrážok zo mzdy vo výške 1044,33,- eur, hrozba násobne vyšších sankcií pre žalovaného v administratívnom konaní / podľa zákona č. 128/2002 o štátnej kontrole, používanie nekalej obchodnej praktiky a rozpor s dobrými mravmi, snahou žalovaného finančne sa na úkor spotrebiteľov obohacovať, najmä využívaním neprijateľných zmluvných podmienok a recidívou. Odkázala rovnako na rozhodovaciu prax všeobecných súdov v obdobných veciach od roku 2016. 34.Žalobkyňa popísala povahu, intenzitu, trvanie a rozsah pôsobenia nepriaznivých následkov a ako ich pociťovala a prežívala. Poukázala na svoj nekonformný stav v súvislosti s vedenými súdnymi konaniami, nemožnosťou dispozície vlastným majetkom v dôsledku vykonávaných zrážok, snahu či už pôvodnému veriteľovi, alebo žalovanému poukazovať splátky, pričom žalovaný napriek uvedenému uplatnil dohodu o zrážkach. 35.Súdne konanie 16Csp/93/2021, na ktoré odkazuje žalobkyňa, vedené odo dňa 22.12. 2021 do roku 2024 predstavovalo pre žalobcu ako bežného občana – spotrebiteľa, značnú záťaž, ujmu minimálne v psychickej rovine, ktorú žalobkyňa popísala vo svojej výpovedi, čo samo o sebe odôvodňuje oprávnenosť priznania práva na primerané finančné zadosťučinenie a neumožňuje uvažovať iba o priznaní symbolickej výške zadosťučinenia. Úspešný výsledok súdneho konania nebol istý a preto až do právoplatného skončenia bola v určitej neistote najmä čo sa týka končeného dopadu rozhodnutia z finančného hľadiska. Rovnako popísala svoje pocity voči zamestnávateľovi, ktorý na výzvu žalovaného začal zrážky realizovať. 36.Žalobca neuviedol, či konanie žalovaného viedlo aj ku vzniku iných, ďalších negatívnych dôsledkov v jeho súkromnom a spoločenskom živote. Ak žalobkyňa tvrdila vo všeobecnej rovine porušenie ďalších práv spotrebiteľa v súvislosti s uzatvorenou úverovou zmluvou s Poštovou bankou, a. s., a dojednanie ďalších neprijateľných zmluvných podmienok, súd v konaní o priznanie primeraného finančného zadosťučinenia nie je oprávnený samostatne vo vzťahu k priznávanej výške zadosťučinenia vyhodnocovať zmluvné dojednania z pôvodnej úverovej zmluvy ako otázku prejudiciálnu. Tieto skutkové tvrdenia musia byť už preukázané v inom konaní vedenom či už na základe návrhu dodávateľa resp. spotrebiteľa. (porušenie práva spotrebiteľa deklarované vo výroku rozhodnutia</w:t>
      </w:r>
    </w:p>
    <w:p>
      <w:r>
        <w:t>prípadne v jeho odôvodnení). Mimo dojednania nezákonnej dohody o zrážkach zo mzdy súd nekonštatuje porušenie iných spotrebiteľských práv žalobcu vyplývajúcich zo zákona č. 250/2007 Z.z. resp. zákona o spotrebiteľských úveroch, prípadne OZ. Z uvedeného súd konštatuje, že nebolo preukázané tvrdenie žalobcu, aby zmluva o úvere obsahovala iné neprijateľné zmluvné podmienky , bola v inom konaní vyhlásená za neplatnú, prípadne bezúročnú a bez poplatkov. 37.Žalobkyni v priebehu roku 2021 boli vykonané zrážky zo mzdy v celkovej výške 1044,23,eur v prospech žalovaného. Po nariadení predbežného opatrenia dňa 13.1. 2022 ešte v čase, kedy rozhodnutie o pohľadávke žalovaného uplatnenej v súdnom konaní 12 Csp /34/2020 nebolo právoplatným, /23.2. 2022/, zamestnávateľ žalobkyne ukončil výkon zrážok. Žalovaný ani banka sa následne nedomáhali doplatenia dlhu žalobou na súde. I keď by zrazenú sumu zamestnávateľom bolo možné považovať za bezdôvodné obohatenie žalovaného, žalobkyni nič nebránilo domáhať sa vrátenia uvedenej sumy, čo neurobila. Sama žalobkyňa deklarovala záujem poskytnutú sumu úveru neskôr vrátiť či už pôvodnému veriteľovi, alebo postupcovi pohľadávky. Súd však zdôrazňuje, že ak sa jednalo o vymáhanie dlhu na úhradu poskytnutého úveru a postúpenej pohľadávky, pričom celkom žalobkyňa na úhradu dlhu nezaplatila viac ako 7000,- eur, nemožno zrazenú čiastku pokladať za škodu, ktorá by žalobkyni konaním žalovaného v rozpore s dobrými mravmi vznikla. 38.Žalobkyni mimo hroziacej ujmy nevznikla žiadna materiálna ujma či už vo forme skutočnej škody alebo bezdôvodného obohatenia žalovaného. 39.Konštatovanie žalovaného, že žalobkyňa z poskytnutého úveru 15 000,- eur uhradila banke a žalovanému iba 6877,- eur, teda nie ani polovicu, nie je sporným a danú skutočnosť súd bol nútený zohľadniť v rámci uplatnenej procesnej obrany žalovaného pri úvahe o výške zadosťučinenia, ktoré by nemalo viesť k neopodstatnenému obohacovaniu sa spotrebiteľa týmto inštitútom. Rovnako nebolo preukázané, aby žalovaný si spôsobom hraničiacim s dobrými mravmi/ obťažujúcimi telefonátmi/, vynucoval plnenie aj po právoplatnosti súdnych rozhodnutí. Uplatnenie postúpenej pohľadávky pri neplatnom postúpení pohľadávky zistenom v súdnom konaní zavinením banky nemožno bez ďalšieho vo vzťahu k žalovanému generalizovať ako uplatňovanie iných neprijateľných zmluvných podmienok a používanie nekalých obchodných praktík , alebo recidívu. 40.Z prehľadu súdnych rozhodnutí, na ktoré sa strany odvolávajú je zrejmé, že rozhodovacia prax súdov a odvolacích súdov, čo sa týka priznávanej výšky primeraného zadosťučinenia je rozdielna. Rozhodovacia prax súdov v regióne Prešovského kraja prešla vývojom, kedy vo všeobecnosti je priznávané finančné zadosťučinenie, ak nie je priznané v symbolickej výške, v rozsahu od 50 do 1000,a viac eur, čo však vždy zodpovedá okolnostiam konkrétneho prípadu posudzovaného súdom. 41.Súd dospel k záveru, že primeraná k povahe a rozsahu preukázaného porušenia práv žalobkyne / rozsah porušených povinností uplatnením dohody, doba trvania protiprávneho stavu, zásah do súkromného života žalobcu, nepreukázaná výrazná majetková ujma ani jej hrozba, odškodnenie v obdobných prípadoch /, je suma 150,- eur primeranou , zodpovedajúcou svojmu účelu, poskytuje spotrebiteľovi satisfakciu za prežitú nepohodu počas vedenia pôvodného súdneho konania a neistý výsledok tohto súdneho sporu , odradí dodávateľa od ďalšieho porušovania práv a jej výška nevybočuje z rozhodovacej praxe súdov, ktorá nastavila široký rozsah priznávaného zadosťučinenia bez striktných kritéríi jeho výpočtu a ustálenia výšky. Napr. : Rozsudkom Krajského súdu v Prešove zo dňa 10.4.2025 sp. zn. 25Co Csp/30/2024 v konaní o zaplatenie primeraného finančného zadosťučinenia o odvolaní žalovaného proti rozsudku súdu I. stupňa, ktorým spotrebiteľovi priznal náhradu v sume 1.040,- eur bolo zmenené prvostupňové rozhodnutie Okresného súdu Poprad sp. zn. 12Csp/31/2023 tak, že žalovanému spoločnosti Black side súd uložil povinnosť zaplatiť žalobkyni sumu 150,- eur. Podľa obsahu žaloby, pritom uplatnený nárok žalobcu vo výške 1.040,- eur predstavoval 1 % zo sumy žalovanej právnym predchodcom žalovaného. 42.Rozsudkom Krajského súdu v Košiciach sp. zn. 5Co CSP/35/2023 zo dňa 30.5.2024 súd potvrdil rozsudok súdu I. inštancie v časti priznanej sumy 500,- eur a v prevyšujúcej časti , v ktorej žalobcovi prvoinštančným súdom bolo vyhovené do výšky 1.000,- eur výrok zmenil tak, že žalobu zamietol. Podľa odôvodnenia rozhodnutia žalobca si uplatnil zaplatenie primeraného finančného zadosťučinenia</w:t>
      </w:r>
    </w:p>
    <w:p>
      <w:r>
        <w:t>vo výške 3.720,- eur. V bode 32 odôvodnenia rozhodnutia krajský súd konštatuje dohľadanú aktuálnu rozhodovaciu prax Krajského súdu v Košiciach, kde vo vymenovaných konaniach z rokov 2022 a 2023 boli priznané finančné zadosťučinenia vo výške 600,-, 800,- 450,-, 500,-, 300,-, 500,- , 600,- 624,- , 300,300,- eur. 43.Rozsudkom Krajského súdu v Prešove sp. zn. 25Co CSP/8/2024 tento zmenil rozsudok prvoinštančného Okresného súdu Bardejov sp. zn. 6Csp/26/2022 súdu tak, že žalobcovi v konaní o primerané finančné zadosťučinenie žalovanému uložil povinnosť zaplatiť sumu 100,- eur. Podľa odôvodnenia rozhodnutia žalobca sa domáhal zaplatenia primeraného finančného zadosťučinenia vo výške 1.055,70 eur. Súdom I. stupňa mu bola pôvodne priznaná suma 600,- eur. 44.Ak žalobkyňa poukazuje na konanie žalovaného, ktoré by malo byť v rozpore s dobrými mravmi nedôvodným uplatnením si pohľadávky z dohody o zrážkach zo mzdy v rozsahu 19 084,33,- eur, pričom v samotnom sporovom konaní pred súdom si žalovaný uplatnil iba 15.936,62 eur, je potrebné prihliadnuť k tomu, že v súdnom konaní sa žalovaný domáhal vyčísleného nároku ku dňu 20.12. 2018, pričom výzva na vykonávanie zrážok ustálila nárok ku dňu jej vyhotovenia, teda 28.1. 2021, kedy si veriteľ mohol do pohľadávky započítať tak nesplatenú istinu, ako aj dohodnutý úrok a úrok z omeškania. Nie je možné teda jednoznačne prijať záver, aby samotné vyčíslenie pohľadávky nevychádzalo z reálneho navýšenia pohľadávky za stavu, kedy súdna autorita nevyslovila zmluvný vzťah za neplatný, prípadne bezúročný a bez poplatkov. Žalovaný po nadobudnutí právoplatnosti rozsudku súdu o zamietnutí žaloby si už voči žalobkyni nič nenárokoval. Nebolo preukázané, aby sa domáhal zaplatenia pohľadávky nekalým spôsobom. K žalobkyňou poukázanej recidíve žalovaného a z tohto dôvodu zvýraznenia sankčnej funkcie zadosťučinenia uplatňovaním nekalých obchodných praktík súd uvádza, že žalovaný je inkasnou spoločnosťou, preto sám nekoncipuje zmluvy o spotrebiteľských úveroch a nebolo tomu ani v danom prípade. Žalovaný uplatnil síce neplatnú dohodu, no v čase jej uplatnenia nebolo ešte právoplatne rozhodnuté o základe nároku ani o neplatnosti postúpenia pohľadávky na žalovaného. Tieto skutočnosti boli zistené a preukázané až v súdnom konaní. 45.Výška priznaného zadosťučinenia je postačujúca na kompenzáciu nekonformnej situácie žalobkyne, zodpovedá duchu zákona a preto v prevyšujúcej časti súd jej nárok zamietol. 46.Rozhodnutie pri uplatnenom nároku záviselo od úvahy súdu. Žalobca pri podávaní žaloby objektívne nemohol vedieť, v akom rozsahu sa súd s jeho úvahami o výške finančného zadosťučinenia stotožní. V takom prípade pri procesnom úspechu a neúspechu strán sporu nie je možné vychádzať z ust. § 255 ods. 2 CSP, ale z ust. § 255 ods. 1 CSP, kde úspech v spore je daný vtedy, ak je nárok uplatnený správne čo do základu. Pri rozhodovaní o náhrade trov je potrebné selektovať, čo je základné a čo sprevádzajúce. Za základné sa považuje rozhodnutie, že do práva žalobcu bolo zasiahnuté. Výška plnenia je druhotná, žalobcu v takomto prípade treba považovať za plne procesne úspešného, keďže mal úspech čo do základu nároku a výška nadväzujúca na úspech závisela výlučne od úvahy súdu. Výška náhrady trov sa priznáva iba z prisúdenej sumy. Poučenie: Proti tomuto rozsudku je možné podať odvolanie do 15 dní od doručenia rozsudku na tunajšom súde vo dvoch vyhotoveniach.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neboli splnené procesné podmienky, súd nesprávnym procesným postupom znemožnil strane, aby uskutočňovala jej patriace procesné práva v takej miere, že došlo k porušeniu práva na spravodlivý proces, rozhodoval vylúčený sudca alebo nesprávne obsadený súd, konanie má inú vadu, ktorá mohla mať za následok nesprávne rozhodnutie vo veci, súd prvej inštancie nevykonal navrhnuté dôkazy, potrebné na zistenie rozhodujúcich skutočností,</w:t>
      </w:r>
    </w:p>
    <w:p>
      <w:r>
        <w:t>súd prvej inštancie dospel na základe vykonaných dôkazov k nesprávnym skutkovým zisteniam, zistený skutkový stav neobstojí, pretože sú prípustné ďalšie prostriedky procesnej obrany alebo ďalšie prostriedky procesného útoku, ktoré neboli uplatnené, alebo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sa týkajú procesných podmienok, sa týkajú vylúčenia sudcu alebo nesprávneho obsadenia súdu, má byť nimi preukázané, že v konaní došlo k vadám, ktoré mohli mať za následok nesprávne rozhodnutie vo veci alebo ich odvolateľ bez svojej viny nemohol uplatniť v konaní pred súdom prvej inštancie. Ak žalovaný dobrovoľne nesplní, čo mu ukladá vykonateľné rozhodnutie, žalobca môže podať návrh na vykonanie exekúcie podľa Exekučného poriadku.</w:t>
      </w:r>
    </w:p>
    <w:p/>
    <w:p>
      <w:r>
        <w:t>Zdroj: KAUZIS.SK – https://www.kauzis.sk/judikatura/r/ECLI:SK:OSPP:2025:8724205232.4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