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23Csp/108/2024 z 5. 3. 2025</w:t>
      </w:r>
    </w:p>
    <w:p>
      <w:r>
        <w:t>Rozsudok Okresného súdu Poprad z 5. marca 2025, sp. zn. 23Csp/108/2024, ECLI:SK:OSPP:2025:8724205258.2</w:t>
      </w:r>
    </w:p>
    <w:p>
      <w:r>
        <w:t>Súd: Okresný súd Poprad</w:t>
      </w:r>
    </w:p>
    <w:p>
      <w:r>
        <w:t>Spisová značka: 23Csp/108/2024</w:t>
      </w:r>
    </w:p>
    <w:p>
      <w:r>
        <w:t>ECLI: ECLI:SK:OSPP:2025:8724205258.2</w:t>
      </w:r>
    </w:p>
    <w:p>
      <w:r>
        <w:t>Dátum vydania: 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23Csp/108/2024 8724205258 05. 03. 2025 JUDr. Juraj Šteffel ECLI:SK:OSPP:2025:8724205258.2</w:t>
      </w:r>
    </w:p>
    <w:p>
      <w:r>
        <w:t>ROZSUDOK V MENE SLOVENSKEJ REPUBLIKY Okresný súd Poprad sudcom JUDr. Jurajom Šteffelom v spore žalobcu: Všeobecná úverová banka, a.s.; skrátený názov: VÚB, a.s., so sídlom Mlynské nivy 1, 829 90 Bratislava, IČO: 31 320 155, právne zastúpeného Advokátskou kanceláriou Gallo, s.r.o., so sídlom Jilemnického 30, 036 01 Martin, IČO: 36 715 352, proti žalovanému: A. B., nar. XX.XX.XXXX, bytom C. XXX/XX, XXX XX D. E., o zaplatenie 1.053,90 eur s prísl., takto rozhodol: I. Žalovaný je p o v i n n ý zaplatiť žalobcovi 921,90 eur s úrokom z omeškania vo výške 5 % ročne od 27.04.2022 do zaplatenia, to všetko v lehote troch dní odo dňa nadobudnutia právoplatnosti tohto rozsudku. II. V prevyšujúcej časti sa žaloba</w:t>
      </w:r>
    </w:p>
    <w:p>
      <w:r>
        <w:t>zamieta.</w:t>
      </w:r>
    </w:p>
    <w:p>
      <w:r>
        <w:t>III. Žalobca m á voči žalovanému n á r o k</w:t>
      </w:r>
    </w:p>
    <w:p>
      <w:r>
        <w:t>na náhradu trov konania v rozsahu 75 %.</w:t>
      </w:r>
    </w:p>
    <w:p>
      <w:r>
        <w:t>odôvodnenie: 1. Žalobou z 19.12.2024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13.06.2021 jeho právny predchodca uzavrel so žalovaným Zmluvu o pôžičke č. 21689984/1069803362. Jej predmetom boli peňažné prostriedky vo výške 921,90 eur. 4. Podľa zmluvy mal žalovaný splácať dlh v 24 mesačných splátkach vo výške 49,89 eur do celkovej sumy pôžičky vo výške 1.197,36 eur. 5. Do podania žaloby zaplatil žalovaný na svoj dlh sumu vo výške 0 eur. 6. Keďže žalovaný porušil povinnosť splácať dlh riadne a včas žalobca Predžalobnou upomienkou z 24.03.2022 vyzval žalovaného na úhradu dlžných splátok a upozornil ho na možnosť vyhlásenia splatnosti celého úveru. 7. Žalovaný dlh nezaplatil ani v dodatočnej lehote, a preto žalobca úver zosplatnil 19.04.2022. O tom bol žalovaný informovaný listom z 21.04.2022 označeným ako ,,Oznámenie o vyhlásení okamžitej splatnosti úveru“. Dôkaz o doručení oznámenia nenavrhol.</w:t>
      </w:r>
    </w:p>
    <w:p>
      <w:r>
        <w:t>8. Do podania žaloby žalovaný dlh nezaplatil. 9. Výzvu súdu z 22.01.2025 žalovaný prevzal 07.02.2025. K žalobe sa nevyjadril. 10. V prejednávanom spore sú predmetom konania peňažné prostriedky v celkovej výške 1.053,90 eur. 11. Zo zmluvy o spotrebiteľskom úvere, prehľadu splátok a úhrad, predžalobnej upomienky a oznámenia o vyhlásení okamžitej splatnosti úveru bol zistený tento skutkový stav: 12. Právny predchodca žalobcu (Consumer Finance Group, a. s.) uzavrel so žalovaným 13.06.2021 Zmluvu pod vyššie uvedeným číslom. Jej predmetom boli peňažné prostriedky vo výške 921,90 eur. 13. Ročná úroková sadzba bola stranami dohodnutá na úrovni 20,96 %. 14. Dlh sa žalovaný zaviazal splatiť 24 mesačnými splátkami vo výške 49,89 eur. 15. Celkové náklady žalovaného v postavení spotrebiteľa predstavujú sumu vo výške 189,30 eur. 16. RPMN v zmluve bola dojednaná na úrovni 20,96 %. 17. Splatnosť prvej splátky bola dojednaná na 20.08.2021. Ďalšie splátky sa žalovaný zaviazal splácať k 20. dňu v príslušnom mesiaci. 18. Predžalobnou upomienkou z 24.03.2022 právny predchodca žalobcu vyzval žalovaného na úhradu dlhu na splátkach v celkovej výške 149,67 eur do 13.04.2022. V nej ho zároveň upozornil, že ak nedôjde k úhrade splátky bude ako veriteľ oprávnený úver zosplatniť. 19. Predžalobnú upomienku žalovaný prevzal 30.03.2022. 20. Listom z 21.04.2022 žalobca vyhlásil okamžitú splatnosť úveru a vyzval žalovaného na zaplatenie dlhu vo výške 1.053,90 eur. 21. Z prehľadu splátok a úhrad súd zistil, že žalovaný mal žalobcovi zaplatiť istinu vo výške 921,90 eur. Na dlh zaplatil 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obchodník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Obchodník je osoba, ktorá pri uzatváraní a plnení spotrebiteľskej zmluvy koná v rámci predmetu svojej obchodnej alebo inej podnikateľskej činnosti.</w:t>
      </w:r>
    </w:p>
    <w:p>
      <w:r>
        <w:t>28. Spotrebiteľ je fyzická osoba, ktorá v súvislosti so spotrebiteľskou zmluvou, z nej vyplývajúcim záväzkom alebo pri obchodnej praktike nekoná v rámci svojej podnikateľskej činnosti alebo povolania. 29. Ak má spotrebiteľ plniť podľa spotrebiteľskej zmluvy v splátkach, môže obchodník požadovať vrátenie celého plnenia, ak je spotrebiteľ celkom alebo čiastočne v omeškaní aspoň s tromi splátkami a suma splátok, s ktorými je v omeškaní, je najmenej vo výške desiatich percent poskytnutej sumy úveru alebo iného plnenia, na ktorého vrátenie je spotrebiteľ podľa spotrebiteľskej zmluvy povinný, ak je doba trvania spotrebiteľskej zmluvy dohodnutá najviac na tri roky. (ust. § 53 ods. 9 písm. a) Občianskeho zákonníka). 30. Uvedené zákonné ustanovenie dopadá na prejednávaný spor. 31.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32.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33.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34. Výška úrokov z omeškania je o päť percentuálnych bodov vyššia ako základná úroková sadzba Európskej centrálnej banky platná k prvému dňu omeškania s plnením peňažného dlhu (§ 3 Nariadenia vlády SR č. 87/1995 Z. z. v znení účinnom v čase uzavretia zmluvy). 35. Na základe vykonaného dokazovania súd zistil, že medzi právnym predchodcom žalobcu a žalovaným bola uzavretá spotrebiteľská zmluva. 36.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37. Je nepochybné, že medzi právnym predchodcom žalobcu a žalovaným vznikol zmluvou o úvere občiansky záväzkový právny vzťah, v rámci ktorého boli žalovanému v právnom postavení dlžníka poskytnuté peňažné prostriedky vo výške 921,90 eur. Túto mal žalovaný splácať v pravidelných mesačných splátkach. Keďže žalovaný dlh nesplácal riadne a včas, právny predchodca žalobcu zosplatnil úver. 38. Medzi stranami nebolo sporné tvrdenie žalobcu, podľa ktorého žalovaný na svoj dlh zaplatil sumu v celkovej výške 0 eur. 39.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40. Spotrebiteľ je povinný poskytnúť veriteľovi na jeho žiadosť úplné, presné a pravdivé údaje potrebné na posúdenie schopnosti spotrebiteľa splácať spotrebiteľský úver, tým nie je dotknuté právo veriteľa</w:t>
      </w:r>
    </w:p>
    <w:p>
      <w:r>
        <w:t>využívať informácie o spotrebiteľovi z príslušnej databázy za podmienok ustanovených osobitným zákonom (ust. § 7 ods. 2 Zákona č. 129/2010 Z. z.). 41.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42. V konaní pred súdom prvej inštancie žalobca na preukázanie splnenia povinnosti podľa ust. § 7 ods. 1 Zákona č. 129/2010 Z. z. nenavrhol žiaden dôkaz ani skutkové tvrdenie. 43.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44.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45.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46.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47.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48.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w:t>
      </w:r>
    </w:p>
    <w:p>
      <w:r>
        <w:t>C-565/12, EU:C:2014:190, body 52 a 53) (bod 64., 65. Rozsudku SD vo veci C-42/15 Home Credit Slovakia, a.s. proti Kláre Bíróovej). 49.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50. V prejednávanom spore žalobca ani netvrdil, žeby vôbec posúdil schopnosť žalovaného splácať spotrebiteľský úver. 51. V žalobe sa okrem všeobecných náležitostí podania uvedie označenie strán, pravdivé a úplné opísanie rozhodujúcich skutočností, označenie dôkazov na ich preukázanie a žalobný návrh (ust. § 132 ods. 1C. s. p.). 52. Opísanie rozhodujúcich skutočností nemožno nahradiť odkazom na označené dôkazy (ust. § 132 ods. 2 C. s. p.). 53.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54. Podľa ust. § 149 C. s. p. prostriedkami procesného útoku a prostriedkami procesnej obrany sú najmä skutkové tvrdenia, popretie skutkových tvrdení protistrany, návrhy na vykonanie dôkazov, námietky k návrhom protistrany na vykonanie dôkazov a hmotnoprávne námietky. 55.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56.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57.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58. Subjektívne bremeno tvrdenia vyjadruje, aké skutkové tvrdenie musí jedna alebo druhá sporová strana uviesť, aby v spore uspela. 59. Ktorá strana má určité skutočnosti tvrdiť, aby odvrátila nepriaznivý následok, vyplýva z objektívneho dôkazného bremena: subjektívne bremeno tvrdenia nesie strana, ktorá je zaťažená objektívnym dôkazným bremenom. 60. Aké konkrétne skutkové prednesy má jedna alebo druhá strana učiniť, vyplýva z pravidiel o delení objektívneho dôkazného bremena. 61.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w:t>
      </w:r>
    </w:p>
    <w:p>
      <w:r>
        <w:t>62.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(v prejednávanom spore v časti uplatnenej pohľadávky). 63.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64.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65. Na základe uvedeného tak neboli prostriedky procesného útoku žalobcu obsiahnuté v žalobe dostatočným podkladom pre konštatovanie splnenia povinnosti podľa ust. § 7 ods. 1 Zákona č. 129/2010 Z. z. 66.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67.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68. Žalovaný pri podpise zmluvy uviedol, že je zamestnaný v obchodnej spoločnosti LIDL Slovenská republika. Jeho čistý mesačný príjem, podľa jeho vyjadrenie predstavoval sumu vo výške 840 eur. Neuviedol, žeby mal akékoľvek záväzky. Toto vyhlásenie žalovaného pôvodný veriteľ vôbec neskúmal a neoveroval. 69. Je zrejmé, že pôvodný veriteľ sa pri uzatváraní úverovej zmluvy zameral, (aj to veľmi formálne) len na zistenie pomerov žalovaného a jeho schopnosť splácať úver komplexne neskúmal. V priebehu konania žalobca nepreukázal, žeby pôvodný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70. Veriteľ tak hrubo porušil povinnosť, ktorú mu ukladá ust. § 7 ods. 1 Zákona č. 129/2010, a preto je úver poskytnutý žalovanému úverom bezúročným a bez poplatkov. 71. Žalovaný čerpal úver vo výške 921,90 eur. Veriteľovi pohľadávky na dlh zaplatil 0 eur. Žalobca má tak nárok na zaplatenie sumy predstavujúcej rozdiel medzi sumou poskytnutých peňažných prostriedkov (921,90 eur) a sumou splátok realizovaných žalovaným v postavení dlžníka (0 eur). Preto bol žalobcovi priznaný nárok na zaplatenie sumy vo výške 921,90 eur. 72. Súd prizná strane náhradu trov konania podľa pomeru jej úspechu vo veci (ust. § 255 ods. 1 C. s. p.).</w:t>
      </w:r>
    </w:p>
    <w:p>
      <w:r>
        <w:t>73. O nároku na náhradu trov konania rozhodne aj bez návrhu súd v rozhodnutí, ktorým sa konanie končí (ust. § 262 ods. 1 C. s. p.). 74. Žalobca sa domáhal zaplatenia sumy 1.053,90 eur. Jeho úspech predstavuje suma vo výške 921,90 eur (87,5 %). Úspech žalovaného predstavuje suma vo výške 132 eur (12,5 %). 75. Žalobca bol v konaní úspešný v rozsahu 75 %, a preto mu bol voči žalovanému priznaný nárok na ich náhradu v tomto rozsahu (výrok III.). 76. Podľa ust. § 262 ods. 2 C. s. 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https://www.kauzis.sk/judikatura/r/ECLI:SK:OSPP:2025:8724205258.2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