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8T/13/2025 z 19. 3. 2025</w:t>
      </w:r>
    </w:p>
    <w:p>
      <w:r>
        <w:t>Opravné uznesenie Okresného súdu Poprad z 19. marca 2025, sp. zn. 8T/13/2025, ECLI:SK:OSPP:2025:8725010211.2</w:t>
      </w:r>
    </w:p>
    <w:p>
      <w:r>
        <w:t>Súd: Okresný súd Poprad</w:t>
      </w:r>
    </w:p>
    <w:p>
      <w:r>
        <w:t>Spisová značka: 8T/13/2025</w:t>
      </w:r>
    </w:p>
    <w:p>
      <w:r>
        <w:t>ECLI: ECLI:SK:OSPP:2025:8725010211.2</w:t>
      </w:r>
    </w:p>
    <w:p>
      <w:r>
        <w:t>Dátum vydania: 19. 3.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8T/13/2025 8725010211 19. 03. 2025 JUDr. Richard Bureš ECLI:SK:OSPP:2025:8725010211.2</w:t>
      </w:r>
    </w:p>
    <w:p>
      <w:r>
        <w:t>Opravné uznesenie Okresný súd Poprad v trestnej veci proti obž.: A. B., nar. XX.XX.XXXX v Poprade, pre prečin podľa § 157 ods. 1, ods. 2 písm. a) Trestného zákona, s poukazom na §138 písm. h) Trestného zákona, o oprave trestného rozkazu, takto rozhodol: Súd podľa § 174 ods. 1 Trestného poriadku opravuje dátum vydania trestného rozkazu č.k. 8T/13/2025 – 202 z 10.marca 2025 tak, že tento má byť správne uvedený: „10. marca 2025“. odôvodnenie: Dňa 10.marca 2025 vydal tunajší súd trestný rozkaz v trestnej veci proti obž. A. B., nar. XX.XX.XXXX pod sp. zn. 8T/13/2025 – 202. Pri vyhotovení trestného rozkazu došlo k pisárskej chybe, a to v označení dátumu vydania trestného rozkazu, kedy súd namiesto dátumu 10.marca 2025 uviedol 10. februára 2025. Takúto pisársku chybu je súd povinný opraviť aj bez návrhu. Podľa § 174 ods. 1 Trestného poriadku predseda senátu môže osobitným uznesením kedykoľvek opraviť pisárske chyby a iné zrejmé nesprávnosti, ku ktorým došlo pri vyhotovení rozsudku a v jeho rovnopisoch, tak, aby vyhotovenie bolo v úplnej zhode s obsahom rozsudku, ako bol vyhlásený. Opravu môže nariadiť aj súd vyššieho stupňa. Na základe tejto skutočnosti bolo potrebné rozhodnúť tak, ako je uvedené vo výroku rozhodnutia.</w:t>
      </w:r>
    </w:p>
    <w:p/>
    <w:p>
      <w:r>
        <w:t>Zdroj: KAUZIS.SK – https://www.kauzis.sk/judikatura/r/ECLI:SK:OSPP:2025:8725010211.2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