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8T/78/2025 z 18. 12. 2025</w:t>
      </w:r>
    </w:p>
    <w:p>
      <w:r>
        <w:t>Rozsudok Okresného súdu Poprad z 18. decembra 2025, sp. zn. 8T/78/2025, ECLI:SK:OSPP:2025:8725011097.2</w:t>
      </w:r>
    </w:p>
    <w:p>
      <w:r>
        <w:t>Súd: Okresný súd Poprad</w:t>
      </w:r>
    </w:p>
    <w:p>
      <w:r>
        <w:t>Spisová značka: 8T/78/2025</w:t>
      </w:r>
    </w:p>
    <w:p>
      <w:r>
        <w:t>ECLI: ECLI:SK:OSPP:2025:8725011097.2</w:t>
      </w:r>
    </w:p>
    <w:p>
      <w:r>
        <w:t>Dátum vydania: 18. 12.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8T/78/2025 8725011097 18. 12. 2025 JUDr. Richard Bureš ECLI:SK:OSPP:2025:8725011097.2</w:t>
      </w:r>
    </w:p>
    <w:p>
      <w:r>
        <w:t>ROZSUDOK V MENE SLOVENSKEJ REPUBLIKY Okresný súd Poprad, samosudca JUDr. Richard Bureš, v trestnej veci obvineného A. B. pre prečin ohrozenia pod vplyvom návykovej látky podľa § 289 ods. 1 Trestného zákona na verejnom zasadnutí konanom 18. decembra 2025 takto rozhodol: Podľa § 334 ods. 4 Trestného poriadku s c h v a ľ u j e dohodu o vine a treste uzavretú dňa 05. novembra 2025 pod sp. zn. 2 Pv 495/24/7706 na Okresnej prokuratúre v Poprade medzi obvineným A. B. a Okresnou prokuratúrou v Poprade a potvrdzuje, že: Obvinený A. B., nar. XX.XX.XXXX v C., trvale bytom D. E., F. C., adresa na doručovanie písomností C., G. E. XX, je vinný, že dňa 05.12.2024 v čase o 10:15 hod. viedol ako vodič v stave vylučujúcom spôsobilosť, ktorý si privodil predchádzajúcim požitím alkoholických nápojov, osobné motorové vozidlo továrenskej značky Renault Trafic, evidenčného čísla C. po Partizánskej ulici v Poprade v smere od centra Popradu smerom na Svit, kde následne počas preverenia oznámenia v cestnej premávke na parkovisku predajne Vtáčik na C. H. I. XXXX D. C. bol v čase o 11:22 hod. dňa 05.12.2024 kontrolovaný z dôvodu porušenia pravidiel cestnej premávky hliadkou Okresného dopravného inšpektorátu Poprad, pričom následnou kontrolou bolo u A. B. zistené predchádzajúce požitie alkoholických nápojov, ktoré zvýšilo hladinu etanolu v jeho krvi najmenej na 0,52 mg/l zistenú z vydychovaného vzduchu v čase o 11:39 hod. dňa 05.12.2024, pričom v čase vedenia motorového vozidla dňa 05.12.2024 v čase o 10:15 hod. bola u A. B. zistená koncentrácia alkoholu v krvi najmenej 1,26 g/kg (promile), teda vykonával v stave vylučujúcom spôsobilosť, ktorý si privodil vplyvom návykovej látky inú činnosť, pri ktorej by mohol ohroziť život alebo zdravie ľudí alebo spôsobiť značnú škodu na majetku, čím spáchal prečin ohrozenia pod vplyvom návykovej látky podľa § 289 ods. 1 Trestného zákona a za to mu u k l a d á :</w:t>
      </w:r>
    </w:p>
    <w:p>
      <w:r>
        <w:t>Podľa § 289 ods. 1 Trestného zákona s použitím § 38 ods. 2 Trestného zákona trest odňatia slobody v trvaní 4 (štyroch) mesiacov. Podľa § 49 ods. 1 písm. a) Trestného zákona výkon trestu podmienečne odkladá. Podľa § 50 ods. 1 Trestného zákona určuje skúšobnú dobu v trvaní 12 (dvanásť) mesiacov. Podľa § 61 ods. 1, ods. 2, ods. 3 Trestného zákona trest zákazu činnosti viesť všetky druhy motorových vozidiel v trvaní 5 (päť) rokov a 7 (sedem) mesiacov. odôvodnenie: Prokurátor Okresnej prokuratúry v Poprade v predmetnej veci obvineného podal na tunajšom súde návrh na schválenie dohody o vine a treste. Súd preskúmal podaný návrh dohody o vine a treste a nezistil, aby v predchádzajúcom konaní došlo k závažnému porušeniu procesných predpisov, najmä porušeniu práva na obhajobu. Takisto bol toho názoru, že navrhovaná dohoda o vine a treste nie je zrejme neprimeraná a preto určil termín verejného zasadnutia na rozhodnutie o návrhu dohody o vine a treste. Obvinený na verejnom zasadnutí na jednotlivé otázky uvedené v ustanovení § 333 ods. 3 Trestného poriadku odpovedal nasledovne: 1) Na otázku samosudcu, či rozumie podanému návrhu na dohodu o vine a treste, uviedol: áno. 2) Na otázku samosudcu, či súhlasí, aby sa jeho trestná vec prejednávala touto skrátenou formou, čím sa vzdáva práva na verejný súdny proces, uviedol: áno. 3) Na otázku samosudcu, či rozumie, čo tvorí podstatu skutku, ktorý sa mu kladie za vinu, uviedol: áno. 4) Na otázku samosudcu, či bol poučený o svojich právach, najmä o práve na obhajobu, či mu bola daná možnosť na slobodnú voľbu obhajcu a či sa s obhajcom mohol radiť o spôsobe obhajoby, uviedol: áno. 5) Na otázku samosudcu, či rozumel podstate konania o návrhu na dohodu o vine a treste, uviedol: áno. 6) Na otázku samosudcu, či rozumie právnej kvalifikácii skutku ako trestného činu, uviedol: áno. 7) Na otázku samosudcu, či bol oboznámený s trestnými sadzbami, ktoré zákon ustanovuje za trestné činy jemu kladené za vinu, uviedol: áno. 8) Na otázku samosudcu, či sa dobrovoľne priznal a uznal vinu za spáchaný skutok, ktorý sa v návrhu dohody o vine a treste kvalifikuje ako trestný čin, uviedol: áno. 9) Na otázku samosudcu, či súhlasí s navrhovaným trestom, trest prijíma a v stanovených lehotách sa podriadi výkonu trestu a nahradí škodu v rozsahu dohody, uviedol: áno. 10) Na otázku samosudcu, či si uvedomuje, že ak súd príjme návrh na dohodu o vine a treste a vynesie rozsudok, ktorý nadobudne právoplatnosť vyhlásením, nebude možné proti tomuto rozsudku podať odvolanie, uviedol: áno. S prihliadnutím na vyššie uvedené potom súd v súlade s ustanovením § 334 ods. 4 Trestného poriadku dohodu o vine a treste schválil a potvrdil ju odsudzujúcim rozsudkom, ktorý verejne vyhlásil v znení tak, ako je to uvedené vo výrokovej časti. vykonával v stave vylučujúcom spôsobilosť, ktorý si privodil vplyvom návykovej látky inú činnosť, pri ktorej by mohol ohroziť život alebo zdravie ľudí alebo spôsobiť značnú škodu na majetku,</w:t>
      </w:r>
    </w:p>
    <w:p>
      <w:r>
        <w:t>Poučenie: P o u č e n i e : Proti tomuto rozsudku nie je prípustné odvolanie, ani dovolanie, okrem dovolania podľa § 371 ods. 1 písm. c) Trestného poriadku. Rozsudok nadobudol právoplatnosť dňom vyhlásenia.</w:t>
      </w:r>
    </w:p>
    <w:p/>
    <w:p>
      <w:r>
        <w:t>Zdroj: KAUZIS.SK – https://www.kauzis.sk/judikatura/r/ECLI:SK:OSPP:2025:8725011097.2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